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D1895E" w14:textId="77777777" w:rsidR="002E5269" w:rsidRPr="002E5269" w:rsidRDefault="002E5269" w:rsidP="002E5269">
      <w:pPr>
        <w:pStyle w:val="Title"/>
        <w:pBdr>
          <w:bottom w:val="none" w:sz="0" w:space="0" w:color="auto"/>
        </w:pBdr>
        <w:jc w:val="center"/>
        <w:rPr>
          <w:rFonts w:ascii="Times New Roman" w:hAnsi="Times New Roman" w:cs="Times New Roman"/>
          <w:color w:val="auto"/>
        </w:rPr>
      </w:pPr>
    </w:p>
    <w:p w14:paraId="4B2EF6FA" w14:textId="384F9345" w:rsidR="00664595" w:rsidRPr="002E5269" w:rsidRDefault="00000000" w:rsidP="002E5269">
      <w:pPr>
        <w:pStyle w:val="Title"/>
        <w:pBdr>
          <w:bottom w:val="none" w:sz="0" w:space="0" w:color="auto"/>
        </w:pBdr>
        <w:jc w:val="center"/>
        <w:rPr>
          <w:rFonts w:ascii="Times New Roman" w:hAnsi="Times New Roman" w:cs="Times New Roman"/>
          <w:color w:val="auto"/>
        </w:rPr>
      </w:pPr>
      <w:r w:rsidRPr="002E5269">
        <w:rPr>
          <w:rFonts w:ascii="Times New Roman" w:hAnsi="Times New Roman" w:cs="Times New Roman"/>
          <w:color w:val="auto"/>
        </w:rPr>
        <w:t>AUTHOR DECLARATION FORM</w:t>
      </w:r>
    </w:p>
    <w:p w14:paraId="63C5B33A" w14:textId="77777777" w:rsidR="00664595" w:rsidRPr="002E5269" w:rsidRDefault="00000000">
      <w:pPr>
        <w:jc w:val="center"/>
        <w:rPr>
          <w:rFonts w:ascii="Times New Roman" w:hAnsi="Times New Roman" w:cs="Times New Roman"/>
        </w:rPr>
      </w:pPr>
      <w:r w:rsidRPr="002E5269">
        <w:rPr>
          <w:rFonts w:ascii="Times New Roman" w:hAnsi="Times New Roman" w:cs="Times New Roman"/>
        </w:rPr>
        <w:t>Authorship • Contributions • Acknowledgements • Originality • Publishing Licence • Signatures</w:t>
      </w:r>
    </w:p>
    <w:p w14:paraId="3279B32E" w14:textId="77777777" w:rsidR="00664595" w:rsidRPr="002E5269" w:rsidRDefault="00000000">
      <w:pPr>
        <w:jc w:val="center"/>
        <w:rPr>
          <w:rFonts w:ascii="Times New Roman" w:hAnsi="Times New Roman" w:cs="Times New Roman"/>
        </w:rPr>
      </w:pPr>
      <w:r w:rsidRPr="002E5269">
        <w:rPr>
          <w:rFonts w:ascii="Times New Roman" w:hAnsi="Times New Roman" w:cs="Times New Roman"/>
        </w:rPr>
        <w:t>Based on ICMJE Recommendations, COPE guidance and CRediT (ANSI/NISO Z39.104-2022)</w:t>
      </w:r>
    </w:p>
    <w:p w14:paraId="01DBAFE6" w14:textId="77777777" w:rsidR="00664595" w:rsidRPr="002E5269" w:rsidRDefault="00000000">
      <w:pPr>
        <w:rPr>
          <w:rFonts w:ascii="Times New Roman" w:hAnsi="Times New Roman" w:cs="Times New Roman"/>
        </w:rPr>
      </w:pPr>
      <w:r w:rsidRPr="002E5269">
        <w:rPr>
          <w:rFonts w:ascii="Times New Roman" w:hAnsi="Times New Roman" w:cs="Times New Roman"/>
        </w:rPr>
        <w:t>To be completed and approved by all authors and submitted with the manuscript. Individual ICMJE Disclosure of Interest forms must be submitted separately. Funding, ethics, data availability and AI use must also be disclosed in the manuscript where applicable.</w:t>
      </w:r>
    </w:p>
    <w:p w14:paraId="63F7C945" w14:textId="77777777" w:rsidR="00664595" w:rsidRPr="002E5269" w:rsidRDefault="00000000">
      <w:pPr>
        <w:pStyle w:val="Heading1"/>
        <w:rPr>
          <w:rFonts w:ascii="Times New Roman" w:hAnsi="Times New Roman" w:cs="Times New Roman"/>
          <w:color w:val="auto"/>
        </w:rPr>
      </w:pPr>
      <w:r w:rsidRPr="002E5269">
        <w:rPr>
          <w:rFonts w:ascii="Times New Roman" w:hAnsi="Times New Roman" w:cs="Times New Roman"/>
          <w:color w:val="auto"/>
        </w:rPr>
        <w:t>Manuscript Details</w:t>
      </w:r>
    </w:p>
    <w:tbl>
      <w:tblPr>
        <w:tblStyle w:val="TableGrid"/>
        <w:tblW w:w="0" w:type="auto"/>
        <w:jc w:val="center"/>
        <w:tblLook w:val="04A0" w:firstRow="1" w:lastRow="0" w:firstColumn="1" w:lastColumn="0" w:noHBand="0" w:noVBand="1"/>
      </w:tblPr>
      <w:tblGrid>
        <w:gridCol w:w="5078"/>
        <w:gridCol w:w="5078"/>
      </w:tblGrid>
      <w:tr w:rsidR="002E5269" w:rsidRPr="002E5269" w14:paraId="493BA878" w14:textId="77777777" w:rsidTr="002E5269">
        <w:trPr>
          <w:jc w:val="center"/>
        </w:trPr>
        <w:tc>
          <w:tcPr>
            <w:tcW w:w="5083" w:type="dxa"/>
            <w:vAlign w:val="center"/>
          </w:tcPr>
          <w:p w14:paraId="33F1372F" w14:textId="77777777" w:rsidR="00664595" w:rsidRPr="002E5269" w:rsidRDefault="00000000">
            <w:pPr>
              <w:spacing w:after="20"/>
              <w:rPr>
                <w:rFonts w:ascii="Times New Roman" w:hAnsi="Times New Roman" w:cs="Times New Roman"/>
                <w:szCs w:val="18"/>
              </w:rPr>
            </w:pPr>
            <w:r w:rsidRPr="002E5269">
              <w:rPr>
                <w:rFonts w:ascii="Times New Roman" w:hAnsi="Times New Roman" w:cs="Times New Roman"/>
                <w:b/>
                <w:szCs w:val="18"/>
              </w:rPr>
              <w:t>Field</w:t>
            </w:r>
          </w:p>
        </w:tc>
        <w:tc>
          <w:tcPr>
            <w:tcW w:w="5083" w:type="dxa"/>
            <w:vAlign w:val="center"/>
          </w:tcPr>
          <w:p w14:paraId="47DECBC2" w14:textId="77777777" w:rsidR="00664595" w:rsidRPr="002E5269" w:rsidRDefault="00000000">
            <w:pPr>
              <w:spacing w:after="20"/>
              <w:rPr>
                <w:rFonts w:ascii="Times New Roman" w:hAnsi="Times New Roman" w:cs="Times New Roman"/>
                <w:szCs w:val="18"/>
              </w:rPr>
            </w:pPr>
            <w:r w:rsidRPr="002E5269">
              <w:rPr>
                <w:rFonts w:ascii="Times New Roman" w:hAnsi="Times New Roman" w:cs="Times New Roman"/>
                <w:b/>
                <w:szCs w:val="18"/>
              </w:rPr>
              <w:t>Information</w:t>
            </w:r>
          </w:p>
        </w:tc>
      </w:tr>
      <w:tr w:rsidR="002E5269" w:rsidRPr="002E5269" w14:paraId="649DF47A" w14:textId="77777777" w:rsidTr="002E5269">
        <w:trPr>
          <w:jc w:val="center"/>
        </w:trPr>
        <w:tc>
          <w:tcPr>
            <w:tcW w:w="5083" w:type="dxa"/>
            <w:vAlign w:val="center"/>
          </w:tcPr>
          <w:p w14:paraId="10BAD904" w14:textId="77777777" w:rsidR="00664595" w:rsidRPr="002E5269" w:rsidRDefault="00000000">
            <w:pPr>
              <w:spacing w:after="20"/>
              <w:rPr>
                <w:rFonts w:ascii="Times New Roman" w:hAnsi="Times New Roman" w:cs="Times New Roman"/>
                <w:szCs w:val="18"/>
              </w:rPr>
            </w:pPr>
            <w:r w:rsidRPr="002E5269">
              <w:rPr>
                <w:rFonts w:ascii="Times New Roman" w:hAnsi="Times New Roman" w:cs="Times New Roman"/>
                <w:szCs w:val="18"/>
              </w:rPr>
              <w:t>Manuscript ID</w:t>
            </w:r>
          </w:p>
        </w:tc>
        <w:tc>
          <w:tcPr>
            <w:tcW w:w="5083" w:type="dxa"/>
            <w:vAlign w:val="center"/>
          </w:tcPr>
          <w:p w14:paraId="6B2424A0" w14:textId="77777777" w:rsidR="00664595" w:rsidRPr="002E5269" w:rsidRDefault="00664595">
            <w:pPr>
              <w:spacing w:after="20"/>
              <w:rPr>
                <w:rFonts w:ascii="Times New Roman" w:hAnsi="Times New Roman" w:cs="Times New Roman"/>
                <w:szCs w:val="18"/>
              </w:rPr>
            </w:pPr>
          </w:p>
        </w:tc>
      </w:tr>
      <w:tr w:rsidR="002E5269" w:rsidRPr="002E5269" w14:paraId="7265E111" w14:textId="77777777" w:rsidTr="002E5269">
        <w:trPr>
          <w:jc w:val="center"/>
        </w:trPr>
        <w:tc>
          <w:tcPr>
            <w:tcW w:w="5083" w:type="dxa"/>
            <w:vAlign w:val="center"/>
          </w:tcPr>
          <w:p w14:paraId="1AB8CAF5" w14:textId="77777777" w:rsidR="00664595" w:rsidRPr="002E5269" w:rsidRDefault="00000000">
            <w:pPr>
              <w:spacing w:after="20"/>
              <w:rPr>
                <w:rFonts w:ascii="Times New Roman" w:hAnsi="Times New Roman" w:cs="Times New Roman"/>
                <w:szCs w:val="18"/>
              </w:rPr>
            </w:pPr>
            <w:r w:rsidRPr="002E5269">
              <w:rPr>
                <w:rFonts w:ascii="Times New Roman" w:hAnsi="Times New Roman" w:cs="Times New Roman"/>
                <w:szCs w:val="18"/>
              </w:rPr>
              <w:t>Manuscript title</w:t>
            </w:r>
          </w:p>
        </w:tc>
        <w:tc>
          <w:tcPr>
            <w:tcW w:w="5083" w:type="dxa"/>
            <w:vAlign w:val="center"/>
          </w:tcPr>
          <w:p w14:paraId="3E4EDC4A" w14:textId="77777777" w:rsidR="00664595" w:rsidRPr="002E5269" w:rsidRDefault="00664595">
            <w:pPr>
              <w:spacing w:after="20"/>
              <w:rPr>
                <w:rFonts w:ascii="Times New Roman" w:hAnsi="Times New Roman" w:cs="Times New Roman"/>
                <w:szCs w:val="18"/>
              </w:rPr>
            </w:pPr>
          </w:p>
        </w:tc>
      </w:tr>
      <w:tr w:rsidR="002E5269" w:rsidRPr="002E5269" w14:paraId="7E603EF8" w14:textId="77777777" w:rsidTr="002E5269">
        <w:trPr>
          <w:jc w:val="center"/>
        </w:trPr>
        <w:tc>
          <w:tcPr>
            <w:tcW w:w="5083" w:type="dxa"/>
            <w:vAlign w:val="center"/>
          </w:tcPr>
          <w:p w14:paraId="49782F61" w14:textId="77777777" w:rsidR="00664595" w:rsidRPr="002E5269" w:rsidRDefault="00000000">
            <w:pPr>
              <w:spacing w:after="20"/>
              <w:rPr>
                <w:rFonts w:ascii="Times New Roman" w:hAnsi="Times New Roman" w:cs="Times New Roman"/>
                <w:szCs w:val="18"/>
              </w:rPr>
            </w:pPr>
            <w:r w:rsidRPr="002E5269">
              <w:rPr>
                <w:rFonts w:ascii="Times New Roman" w:hAnsi="Times New Roman" w:cs="Times New Roman"/>
                <w:szCs w:val="18"/>
              </w:rPr>
              <w:t>Article type</w:t>
            </w:r>
          </w:p>
        </w:tc>
        <w:tc>
          <w:tcPr>
            <w:tcW w:w="5083" w:type="dxa"/>
            <w:vAlign w:val="center"/>
          </w:tcPr>
          <w:p w14:paraId="22BE6CCA" w14:textId="77777777" w:rsidR="00664595" w:rsidRPr="002E5269" w:rsidRDefault="00664595">
            <w:pPr>
              <w:spacing w:after="20"/>
              <w:rPr>
                <w:rFonts w:ascii="Times New Roman" w:hAnsi="Times New Roman" w:cs="Times New Roman"/>
                <w:szCs w:val="18"/>
              </w:rPr>
            </w:pPr>
          </w:p>
        </w:tc>
      </w:tr>
      <w:tr w:rsidR="002E5269" w:rsidRPr="002E5269" w14:paraId="15EF4F25" w14:textId="77777777" w:rsidTr="002E5269">
        <w:trPr>
          <w:jc w:val="center"/>
        </w:trPr>
        <w:tc>
          <w:tcPr>
            <w:tcW w:w="5083" w:type="dxa"/>
            <w:vAlign w:val="center"/>
          </w:tcPr>
          <w:p w14:paraId="4D5CBC22" w14:textId="77777777" w:rsidR="00664595" w:rsidRPr="002E5269" w:rsidRDefault="00000000">
            <w:pPr>
              <w:spacing w:after="20"/>
              <w:rPr>
                <w:rFonts w:ascii="Times New Roman" w:hAnsi="Times New Roman" w:cs="Times New Roman"/>
                <w:szCs w:val="18"/>
              </w:rPr>
            </w:pPr>
            <w:r w:rsidRPr="002E5269">
              <w:rPr>
                <w:rFonts w:ascii="Times New Roman" w:hAnsi="Times New Roman" w:cs="Times New Roman"/>
                <w:szCs w:val="18"/>
              </w:rPr>
              <w:t>Corresponding author</w:t>
            </w:r>
          </w:p>
        </w:tc>
        <w:tc>
          <w:tcPr>
            <w:tcW w:w="5083" w:type="dxa"/>
            <w:vAlign w:val="center"/>
          </w:tcPr>
          <w:p w14:paraId="79AA50EB" w14:textId="77777777" w:rsidR="00664595" w:rsidRPr="002E5269" w:rsidRDefault="00664595">
            <w:pPr>
              <w:spacing w:after="20"/>
              <w:rPr>
                <w:rFonts w:ascii="Times New Roman" w:hAnsi="Times New Roman" w:cs="Times New Roman"/>
                <w:szCs w:val="18"/>
              </w:rPr>
            </w:pPr>
          </w:p>
        </w:tc>
      </w:tr>
      <w:tr w:rsidR="002E5269" w:rsidRPr="002E5269" w14:paraId="63091DF3" w14:textId="77777777" w:rsidTr="002E5269">
        <w:trPr>
          <w:jc w:val="center"/>
        </w:trPr>
        <w:tc>
          <w:tcPr>
            <w:tcW w:w="5083" w:type="dxa"/>
            <w:vAlign w:val="center"/>
          </w:tcPr>
          <w:p w14:paraId="18BBF704" w14:textId="77777777" w:rsidR="00664595" w:rsidRPr="002E5269" w:rsidRDefault="00000000">
            <w:pPr>
              <w:spacing w:after="20"/>
              <w:rPr>
                <w:rFonts w:ascii="Times New Roman" w:hAnsi="Times New Roman" w:cs="Times New Roman"/>
                <w:szCs w:val="18"/>
              </w:rPr>
            </w:pPr>
            <w:r w:rsidRPr="002E5269">
              <w:rPr>
                <w:rFonts w:ascii="Times New Roman" w:hAnsi="Times New Roman" w:cs="Times New Roman"/>
                <w:szCs w:val="18"/>
              </w:rPr>
              <w:t>E-mail / telephone</w:t>
            </w:r>
          </w:p>
        </w:tc>
        <w:tc>
          <w:tcPr>
            <w:tcW w:w="5083" w:type="dxa"/>
            <w:vAlign w:val="center"/>
          </w:tcPr>
          <w:p w14:paraId="7E000D3F" w14:textId="77777777" w:rsidR="00664595" w:rsidRPr="002E5269" w:rsidRDefault="00664595">
            <w:pPr>
              <w:spacing w:after="20"/>
              <w:rPr>
                <w:rFonts w:ascii="Times New Roman" w:hAnsi="Times New Roman" w:cs="Times New Roman"/>
                <w:szCs w:val="18"/>
              </w:rPr>
            </w:pPr>
          </w:p>
        </w:tc>
      </w:tr>
    </w:tbl>
    <w:p w14:paraId="6FCEDB0D" w14:textId="77777777" w:rsidR="00664595" w:rsidRPr="002E5269" w:rsidRDefault="00000000">
      <w:pPr>
        <w:pStyle w:val="Heading1"/>
        <w:rPr>
          <w:rFonts w:ascii="Times New Roman" w:hAnsi="Times New Roman" w:cs="Times New Roman"/>
          <w:color w:val="auto"/>
        </w:rPr>
      </w:pPr>
      <w:r w:rsidRPr="002E5269">
        <w:rPr>
          <w:rFonts w:ascii="Times New Roman" w:hAnsi="Times New Roman" w:cs="Times New Roman"/>
          <w:color w:val="auto"/>
        </w:rPr>
        <w:t>Part A. Authorship and Accountability (ICMJE)</w:t>
      </w:r>
    </w:p>
    <w:p w14:paraId="6DB67183" w14:textId="77777777" w:rsidR="00664595" w:rsidRPr="002E5269" w:rsidRDefault="00000000">
      <w:pPr>
        <w:rPr>
          <w:rFonts w:ascii="Times New Roman" w:hAnsi="Times New Roman" w:cs="Times New Roman"/>
        </w:rPr>
      </w:pPr>
      <w:r w:rsidRPr="002E5269">
        <w:rPr>
          <w:rFonts w:ascii="Times New Roman" w:hAnsi="Times New Roman" w:cs="Times New Roman"/>
        </w:rPr>
        <w:t>Every named author must fulfil all four ICMJE criteria:</w:t>
      </w:r>
    </w:p>
    <w:p w14:paraId="0B2DAF18" w14:textId="77777777" w:rsidR="00664595" w:rsidRPr="002E5269" w:rsidRDefault="00000000">
      <w:pPr>
        <w:rPr>
          <w:rFonts w:ascii="Times New Roman" w:hAnsi="Times New Roman" w:cs="Times New Roman"/>
        </w:rPr>
      </w:pPr>
      <w:r w:rsidRPr="002E5269">
        <w:rPr>
          <w:rFonts w:ascii="Times New Roman" w:hAnsi="Times New Roman" w:cs="Times New Roman"/>
        </w:rPr>
        <w:t>1. Substantial contributions to the conception or design of the work; or the acquisition, analysis, or interpretation of data for the work.</w:t>
      </w:r>
    </w:p>
    <w:p w14:paraId="72A2F2F9" w14:textId="77777777" w:rsidR="00664595" w:rsidRPr="002E5269" w:rsidRDefault="00000000">
      <w:pPr>
        <w:rPr>
          <w:rFonts w:ascii="Times New Roman" w:hAnsi="Times New Roman" w:cs="Times New Roman"/>
        </w:rPr>
      </w:pPr>
      <w:r w:rsidRPr="002E5269">
        <w:rPr>
          <w:rFonts w:ascii="Times New Roman" w:hAnsi="Times New Roman" w:cs="Times New Roman"/>
        </w:rPr>
        <w:t>2. Drafting the work or reviewing it critically for important intellectual content.</w:t>
      </w:r>
    </w:p>
    <w:p w14:paraId="705030B1" w14:textId="77777777" w:rsidR="00664595" w:rsidRPr="002E5269" w:rsidRDefault="00000000">
      <w:pPr>
        <w:rPr>
          <w:rFonts w:ascii="Times New Roman" w:hAnsi="Times New Roman" w:cs="Times New Roman"/>
        </w:rPr>
      </w:pPr>
      <w:r w:rsidRPr="002E5269">
        <w:rPr>
          <w:rFonts w:ascii="Times New Roman" w:hAnsi="Times New Roman" w:cs="Times New Roman"/>
        </w:rPr>
        <w:t>3. Final approval of the version to be published.</w:t>
      </w:r>
    </w:p>
    <w:p w14:paraId="4F68E86A" w14:textId="77777777" w:rsidR="00664595" w:rsidRPr="002E5269" w:rsidRDefault="00000000">
      <w:pPr>
        <w:rPr>
          <w:rFonts w:ascii="Times New Roman" w:hAnsi="Times New Roman" w:cs="Times New Roman"/>
        </w:rPr>
      </w:pPr>
      <w:r w:rsidRPr="002E5269">
        <w:rPr>
          <w:rFonts w:ascii="Times New Roman" w:hAnsi="Times New Roman" w:cs="Times New Roman"/>
        </w:rPr>
        <w:t>4. Agreement to be accountable for all aspects of the work, ensuring questions related to the accuracy or integrity of any part are appropriately investigated and resolved.</w:t>
      </w:r>
    </w:p>
    <w:p w14:paraId="06A91CED" w14:textId="77777777" w:rsidR="00664595" w:rsidRPr="002E5269" w:rsidRDefault="00000000">
      <w:pPr>
        <w:rPr>
          <w:rFonts w:ascii="Times New Roman" w:hAnsi="Times New Roman" w:cs="Times New Roman"/>
        </w:rPr>
      </w:pPr>
      <w:r w:rsidRPr="002E5269">
        <w:rPr>
          <w:rFonts w:ascii="Times New Roman" w:hAnsi="Times New Roman" w:cs="Times New Roman"/>
        </w:rPr>
        <w:t>Each author should be able to identify the contributions of co-authors and have confidence in their integrity. All authors approve the final manuscript, author list, author order and CRediT statement.</w:t>
      </w:r>
    </w:p>
    <w:p w14:paraId="20C77196" w14:textId="77777777" w:rsidR="00664595" w:rsidRPr="002E5269" w:rsidRDefault="00000000">
      <w:pPr>
        <w:rPr>
          <w:rFonts w:ascii="Times New Roman" w:hAnsi="Times New Roman" w:cs="Times New Roman"/>
        </w:rPr>
      </w:pPr>
      <w:r w:rsidRPr="002E5269">
        <w:rPr>
          <w:rFonts w:ascii="Times New Roman" w:hAnsi="Times New Roman" w:cs="Times New Roman"/>
        </w:rPr>
        <w:t>Funding acquisition, general supervision, administrative support or provision of resources alone does not qualify for authorship. Qualifying non-author contributions are acknowledged, with the contributor’s permission.</w:t>
      </w:r>
    </w:p>
    <w:p w14:paraId="1E5D57E5" w14:textId="77777777" w:rsidR="00664595" w:rsidRPr="002E5269" w:rsidRDefault="00000000">
      <w:pPr>
        <w:rPr>
          <w:rFonts w:ascii="Times New Roman" w:hAnsi="Times New Roman" w:cs="Times New Roman"/>
        </w:rPr>
      </w:pPr>
      <w:r w:rsidRPr="002E5269">
        <w:rPr>
          <w:rFonts w:ascii="Times New Roman" w:hAnsi="Times New Roman" w:cs="Times New Roman"/>
        </w:rPr>
        <w:t>Authorship changes after submission require a written rationale, agreement from all affected authors (including added or removed authors), and editorial approval, consistent with COPE guidance. AI tools cannot be authors.</w:t>
      </w:r>
    </w:p>
    <w:p w14:paraId="7E019BD8" w14:textId="77777777" w:rsidR="00664595" w:rsidRPr="002E5269" w:rsidRDefault="00000000">
      <w:pPr>
        <w:pStyle w:val="Heading1"/>
        <w:rPr>
          <w:rFonts w:ascii="Times New Roman" w:hAnsi="Times New Roman" w:cs="Times New Roman"/>
          <w:color w:val="auto"/>
        </w:rPr>
      </w:pPr>
      <w:r w:rsidRPr="002E5269">
        <w:rPr>
          <w:rFonts w:ascii="Times New Roman" w:hAnsi="Times New Roman" w:cs="Times New Roman"/>
          <w:color w:val="auto"/>
        </w:rPr>
        <w:t>Part B. Contributions of Each Author (CRediT)</w:t>
      </w:r>
    </w:p>
    <w:p w14:paraId="1EC49B64" w14:textId="77777777" w:rsidR="00664595" w:rsidRPr="002E5269" w:rsidRDefault="00000000">
      <w:pPr>
        <w:rPr>
          <w:rFonts w:ascii="Times New Roman" w:hAnsi="Times New Roman" w:cs="Times New Roman"/>
        </w:rPr>
      </w:pPr>
      <w:r w:rsidRPr="002E5269">
        <w:rPr>
          <w:rFonts w:ascii="Times New Roman" w:hAnsi="Times New Roman" w:cs="Times New Roman"/>
        </w:rPr>
        <w:t>Identify the author(s) for every applicable role by full name or unambiguous initials. Multiple roles per author and multiple authors per role are permitted. CRediT documents contributions but does not itself establish ICMJE authorship. The final statement will be published.</w:t>
      </w:r>
    </w:p>
    <w:tbl>
      <w:tblPr>
        <w:tblStyle w:val="TableGrid"/>
        <w:tblW w:w="0" w:type="auto"/>
        <w:jc w:val="center"/>
        <w:tblLook w:val="04A0" w:firstRow="1" w:lastRow="0" w:firstColumn="1" w:lastColumn="0" w:noHBand="0" w:noVBand="1"/>
      </w:tblPr>
      <w:tblGrid>
        <w:gridCol w:w="3386"/>
        <w:gridCol w:w="3385"/>
        <w:gridCol w:w="3385"/>
      </w:tblGrid>
      <w:tr w:rsidR="002E5269" w:rsidRPr="002E5269" w14:paraId="3E4B1607" w14:textId="77777777" w:rsidTr="002E5269">
        <w:trPr>
          <w:jc w:val="center"/>
        </w:trPr>
        <w:tc>
          <w:tcPr>
            <w:tcW w:w="3389" w:type="dxa"/>
            <w:vAlign w:val="center"/>
          </w:tcPr>
          <w:p w14:paraId="778A10C9" w14:textId="77777777" w:rsidR="00664595" w:rsidRPr="002E5269" w:rsidRDefault="00000000">
            <w:pPr>
              <w:spacing w:after="20"/>
              <w:rPr>
                <w:rFonts w:ascii="Times New Roman" w:hAnsi="Times New Roman" w:cs="Times New Roman"/>
                <w:szCs w:val="18"/>
              </w:rPr>
            </w:pPr>
            <w:r w:rsidRPr="002E5269">
              <w:rPr>
                <w:rFonts w:ascii="Times New Roman" w:hAnsi="Times New Roman" w:cs="Times New Roman"/>
                <w:b/>
                <w:szCs w:val="18"/>
              </w:rPr>
              <w:t>Role</w:t>
            </w:r>
          </w:p>
        </w:tc>
        <w:tc>
          <w:tcPr>
            <w:tcW w:w="3389" w:type="dxa"/>
            <w:vAlign w:val="center"/>
          </w:tcPr>
          <w:p w14:paraId="06B2D779" w14:textId="77777777" w:rsidR="00664595" w:rsidRPr="002E5269" w:rsidRDefault="00000000">
            <w:pPr>
              <w:spacing w:after="20"/>
              <w:rPr>
                <w:rFonts w:ascii="Times New Roman" w:hAnsi="Times New Roman" w:cs="Times New Roman"/>
                <w:szCs w:val="18"/>
              </w:rPr>
            </w:pPr>
            <w:r w:rsidRPr="002E5269">
              <w:rPr>
                <w:rFonts w:ascii="Times New Roman" w:hAnsi="Times New Roman" w:cs="Times New Roman"/>
                <w:b/>
                <w:szCs w:val="18"/>
              </w:rPr>
              <w:t>Description</w:t>
            </w:r>
          </w:p>
        </w:tc>
        <w:tc>
          <w:tcPr>
            <w:tcW w:w="3389" w:type="dxa"/>
            <w:vAlign w:val="center"/>
          </w:tcPr>
          <w:p w14:paraId="1600F887" w14:textId="77777777" w:rsidR="00664595" w:rsidRPr="002E5269" w:rsidRDefault="00000000">
            <w:pPr>
              <w:spacing w:after="20"/>
              <w:rPr>
                <w:rFonts w:ascii="Times New Roman" w:hAnsi="Times New Roman" w:cs="Times New Roman"/>
                <w:szCs w:val="18"/>
              </w:rPr>
            </w:pPr>
            <w:r w:rsidRPr="002E5269">
              <w:rPr>
                <w:rFonts w:ascii="Times New Roman" w:hAnsi="Times New Roman" w:cs="Times New Roman"/>
                <w:b/>
                <w:szCs w:val="18"/>
              </w:rPr>
              <w:t>Author(s)</w:t>
            </w:r>
          </w:p>
        </w:tc>
      </w:tr>
      <w:tr w:rsidR="002E5269" w:rsidRPr="002E5269" w14:paraId="126249AA" w14:textId="77777777" w:rsidTr="002E5269">
        <w:trPr>
          <w:jc w:val="center"/>
        </w:trPr>
        <w:tc>
          <w:tcPr>
            <w:tcW w:w="3389" w:type="dxa"/>
            <w:vAlign w:val="center"/>
          </w:tcPr>
          <w:p w14:paraId="6198F337" w14:textId="77777777" w:rsidR="00664595" w:rsidRPr="002E5269" w:rsidRDefault="00000000">
            <w:pPr>
              <w:spacing w:after="20"/>
              <w:rPr>
                <w:rFonts w:ascii="Times New Roman" w:hAnsi="Times New Roman" w:cs="Times New Roman"/>
                <w:szCs w:val="18"/>
              </w:rPr>
            </w:pPr>
            <w:r w:rsidRPr="002E5269">
              <w:rPr>
                <w:rFonts w:ascii="Times New Roman" w:hAnsi="Times New Roman" w:cs="Times New Roman"/>
                <w:szCs w:val="18"/>
              </w:rPr>
              <w:t>Conceptualization</w:t>
            </w:r>
          </w:p>
        </w:tc>
        <w:tc>
          <w:tcPr>
            <w:tcW w:w="3389" w:type="dxa"/>
            <w:vAlign w:val="center"/>
          </w:tcPr>
          <w:p w14:paraId="43B77BAB" w14:textId="77777777" w:rsidR="00664595" w:rsidRPr="002E5269" w:rsidRDefault="00000000">
            <w:pPr>
              <w:spacing w:after="20"/>
              <w:rPr>
                <w:rFonts w:ascii="Times New Roman" w:hAnsi="Times New Roman" w:cs="Times New Roman"/>
                <w:szCs w:val="18"/>
              </w:rPr>
            </w:pPr>
            <w:r w:rsidRPr="002E5269">
              <w:rPr>
                <w:rFonts w:ascii="Times New Roman" w:hAnsi="Times New Roman" w:cs="Times New Roman"/>
                <w:szCs w:val="18"/>
              </w:rPr>
              <w:t>Formulation or evolution of overarching research goals and aims.</w:t>
            </w:r>
          </w:p>
        </w:tc>
        <w:tc>
          <w:tcPr>
            <w:tcW w:w="3389" w:type="dxa"/>
            <w:vAlign w:val="center"/>
          </w:tcPr>
          <w:p w14:paraId="71101E2B" w14:textId="77777777" w:rsidR="00664595" w:rsidRPr="002E5269" w:rsidRDefault="00664595">
            <w:pPr>
              <w:spacing w:after="20"/>
              <w:rPr>
                <w:rFonts w:ascii="Times New Roman" w:hAnsi="Times New Roman" w:cs="Times New Roman"/>
                <w:szCs w:val="18"/>
              </w:rPr>
            </w:pPr>
          </w:p>
        </w:tc>
      </w:tr>
      <w:tr w:rsidR="002E5269" w:rsidRPr="002E5269" w14:paraId="01AD86A1" w14:textId="77777777" w:rsidTr="002E5269">
        <w:trPr>
          <w:jc w:val="center"/>
        </w:trPr>
        <w:tc>
          <w:tcPr>
            <w:tcW w:w="3389" w:type="dxa"/>
            <w:vAlign w:val="center"/>
          </w:tcPr>
          <w:p w14:paraId="5FB0C3EA" w14:textId="77777777" w:rsidR="00664595" w:rsidRPr="002E5269" w:rsidRDefault="00000000">
            <w:pPr>
              <w:spacing w:after="20"/>
              <w:rPr>
                <w:rFonts w:ascii="Times New Roman" w:hAnsi="Times New Roman" w:cs="Times New Roman"/>
                <w:szCs w:val="18"/>
              </w:rPr>
            </w:pPr>
            <w:r w:rsidRPr="002E5269">
              <w:rPr>
                <w:rFonts w:ascii="Times New Roman" w:hAnsi="Times New Roman" w:cs="Times New Roman"/>
                <w:szCs w:val="18"/>
              </w:rPr>
              <w:t>Methodology</w:t>
            </w:r>
          </w:p>
        </w:tc>
        <w:tc>
          <w:tcPr>
            <w:tcW w:w="3389" w:type="dxa"/>
            <w:vAlign w:val="center"/>
          </w:tcPr>
          <w:p w14:paraId="1B58DAF3" w14:textId="77777777" w:rsidR="00664595" w:rsidRPr="002E5269" w:rsidRDefault="00000000">
            <w:pPr>
              <w:spacing w:after="20"/>
              <w:rPr>
                <w:rFonts w:ascii="Times New Roman" w:hAnsi="Times New Roman" w:cs="Times New Roman"/>
                <w:szCs w:val="18"/>
              </w:rPr>
            </w:pPr>
            <w:r w:rsidRPr="002E5269">
              <w:rPr>
                <w:rFonts w:ascii="Times New Roman" w:hAnsi="Times New Roman" w:cs="Times New Roman"/>
                <w:szCs w:val="18"/>
              </w:rPr>
              <w:t>Development or design of methodology; creation of models.</w:t>
            </w:r>
          </w:p>
        </w:tc>
        <w:tc>
          <w:tcPr>
            <w:tcW w:w="3389" w:type="dxa"/>
            <w:vAlign w:val="center"/>
          </w:tcPr>
          <w:p w14:paraId="3AD4682E" w14:textId="77777777" w:rsidR="00664595" w:rsidRPr="002E5269" w:rsidRDefault="00664595">
            <w:pPr>
              <w:spacing w:after="20"/>
              <w:rPr>
                <w:rFonts w:ascii="Times New Roman" w:hAnsi="Times New Roman" w:cs="Times New Roman"/>
                <w:szCs w:val="18"/>
              </w:rPr>
            </w:pPr>
          </w:p>
        </w:tc>
      </w:tr>
      <w:tr w:rsidR="002E5269" w:rsidRPr="002E5269" w14:paraId="2A581259" w14:textId="77777777" w:rsidTr="002E5269">
        <w:trPr>
          <w:jc w:val="center"/>
        </w:trPr>
        <w:tc>
          <w:tcPr>
            <w:tcW w:w="3389" w:type="dxa"/>
            <w:vAlign w:val="center"/>
          </w:tcPr>
          <w:p w14:paraId="791280C3" w14:textId="77777777" w:rsidR="00664595" w:rsidRPr="002E5269" w:rsidRDefault="00000000">
            <w:pPr>
              <w:spacing w:after="20"/>
              <w:rPr>
                <w:rFonts w:ascii="Times New Roman" w:hAnsi="Times New Roman" w:cs="Times New Roman"/>
                <w:szCs w:val="18"/>
              </w:rPr>
            </w:pPr>
            <w:r w:rsidRPr="002E5269">
              <w:rPr>
                <w:rFonts w:ascii="Times New Roman" w:hAnsi="Times New Roman" w:cs="Times New Roman"/>
                <w:szCs w:val="18"/>
              </w:rPr>
              <w:t>Software</w:t>
            </w:r>
          </w:p>
        </w:tc>
        <w:tc>
          <w:tcPr>
            <w:tcW w:w="3389" w:type="dxa"/>
            <w:vAlign w:val="center"/>
          </w:tcPr>
          <w:p w14:paraId="55E2B479" w14:textId="77777777" w:rsidR="00664595" w:rsidRPr="002E5269" w:rsidRDefault="00000000">
            <w:pPr>
              <w:spacing w:after="20"/>
              <w:rPr>
                <w:rFonts w:ascii="Times New Roman" w:hAnsi="Times New Roman" w:cs="Times New Roman"/>
                <w:szCs w:val="18"/>
              </w:rPr>
            </w:pPr>
            <w:r w:rsidRPr="002E5269">
              <w:rPr>
                <w:rFonts w:ascii="Times New Roman" w:hAnsi="Times New Roman" w:cs="Times New Roman"/>
                <w:szCs w:val="18"/>
              </w:rPr>
              <w:t>Programming, software development or implementation of code.</w:t>
            </w:r>
          </w:p>
        </w:tc>
        <w:tc>
          <w:tcPr>
            <w:tcW w:w="3389" w:type="dxa"/>
            <w:vAlign w:val="center"/>
          </w:tcPr>
          <w:p w14:paraId="75326BA2" w14:textId="77777777" w:rsidR="00664595" w:rsidRPr="002E5269" w:rsidRDefault="00664595">
            <w:pPr>
              <w:spacing w:after="20"/>
              <w:rPr>
                <w:rFonts w:ascii="Times New Roman" w:hAnsi="Times New Roman" w:cs="Times New Roman"/>
                <w:szCs w:val="18"/>
              </w:rPr>
            </w:pPr>
          </w:p>
        </w:tc>
      </w:tr>
      <w:tr w:rsidR="002E5269" w:rsidRPr="002E5269" w14:paraId="731DC014" w14:textId="77777777" w:rsidTr="002E5269">
        <w:trPr>
          <w:jc w:val="center"/>
        </w:trPr>
        <w:tc>
          <w:tcPr>
            <w:tcW w:w="3389" w:type="dxa"/>
            <w:vAlign w:val="center"/>
          </w:tcPr>
          <w:p w14:paraId="0FC4BAC6" w14:textId="77777777" w:rsidR="00664595" w:rsidRPr="002E5269" w:rsidRDefault="00000000">
            <w:pPr>
              <w:spacing w:after="20"/>
              <w:rPr>
                <w:rFonts w:ascii="Times New Roman" w:hAnsi="Times New Roman" w:cs="Times New Roman"/>
                <w:szCs w:val="18"/>
              </w:rPr>
            </w:pPr>
            <w:r w:rsidRPr="002E5269">
              <w:rPr>
                <w:rFonts w:ascii="Times New Roman" w:hAnsi="Times New Roman" w:cs="Times New Roman"/>
                <w:szCs w:val="18"/>
              </w:rPr>
              <w:t>Validation</w:t>
            </w:r>
          </w:p>
        </w:tc>
        <w:tc>
          <w:tcPr>
            <w:tcW w:w="3389" w:type="dxa"/>
            <w:vAlign w:val="center"/>
          </w:tcPr>
          <w:p w14:paraId="093DFAA0" w14:textId="77777777" w:rsidR="00664595" w:rsidRPr="002E5269" w:rsidRDefault="00000000">
            <w:pPr>
              <w:spacing w:after="20"/>
              <w:rPr>
                <w:rFonts w:ascii="Times New Roman" w:hAnsi="Times New Roman" w:cs="Times New Roman"/>
                <w:szCs w:val="18"/>
              </w:rPr>
            </w:pPr>
            <w:r w:rsidRPr="002E5269">
              <w:rPr>
                <w:rFonts w:ascii="Times New Roman" w:hAnsi="Times New Roman" w:cs="Times New Roman"/>
                <w:szCs w:val="18"/>
              </w:rPr>
              <w:t>Verification of reproducibility and reliability of results or outputs.</w:t>
            </w:r>
          </w:p>
        </w:tc>
        <w:tc>
          <w:tcPr>
            <w:tcW w:w="3389" w:type="dxa"/>
            <w:vAlign w:val="center"/>
          </w:tcPr>
          <w:p w14:paraId="29C4848C" w14:textId="77777777" w:rsidR="00664595" w:rsidRPr="002E5269" w:rsidRDefault="00664595">
            <w:pPr>
              <w:spacing w:after="20"/>
              <w:rPr>
                <w:rFonts w:ascii="Times New Roman" w:hAnsi="Times New Roman" w:cs="Times New Roman"/>
                <w:szCs w:val="18"/>
              </w:rPr>
            </w:pPr>
          </w:p>
        </w:tc>
      </w:tr>
      <w:tr w:rsidR="002E5269" w:rsidRPr="002E5269" w14:paraId="434AD84A" w14:textId="77777777" w:rsidTr="002E5269">
        <w:trPr>
          <w:jc w:val="center"/>
        </w:trPr>
        <w:tc>
          <w:tcPr>
            <w:tcW w:w="3389" w:type="dxa"/>
            <w:vAlign w:val="center"/>
          </w:tcPr>
          <w:p w14:paraId="575EBB92" w14:textId="77777777" w:rsidR="00664595" w:rsidRPr="002E5269" w:rsidRDefault="00000000">
            <w:pPr>
              <w:spacing w:after="20"/>
              <w:rPr>
                <w:rFonts w:ascii="Times New Roman" w:hAnsi="Times New Roman" w:cs="Times New Roman"/>
                <w:szCs w:val="18"/>
              </w:rPr>
            </w:pPr>
            <w:r w:rsidRPr="002E5269">
              <w:rPr>
                <w:rFonts w:ascii="Times New Roman" w:hAnsi="Times New Roman" w:cs="Times New Roman"/>
                <w:szCs w:val="18"/>
              </w:rPr>
              <w:t>Formal analysis</w:t>
            </w:r>
          </w:p>
        </w:tc>
        <w:tc>
          <w:tcPr>
            <w:tcW w:w="3389" w:type="dxa"/>
            <w:vAlign w:val="center"/>
          </w:tcPr>
          <w:p w14:paraId="684EB710" w14:textId="77777777" w:rsidR="00664595" w:rsidRPr="002E5269" w:rsidRDefault="00000000">
            <w:pPr>
              <w:spacing w:after="20"/>
              <w:rPr>
                <w:rFonts w:ascii="Times New Roman" w:hAnsi="Times New Roman" w:cs="Times New Roman"/>
                <w:szCs w:val="18"/>
              </w:rPr>
            </w:pPr>
            <w:r w:rsidRPr="002E5269">
              <w:rPr>
                <w:rFonts w:ascii="Times New Roman" w:hAnsi="Times New Roman" w:cs="Times New Roman"/>
                <w:szCs w:val="18"/>
              </w:rPr>
              <w:t>Application of statistical, mathematical or other formal techniques.</w:t>
            </w:r>
          </w:p>
        </w:tc>
        <w:tc>
          <w:tcPr>
            <w:tcW w:w="3389" w:type="dxa"/>
            <w:vAlign w:val="center"/>
          </w:tcPr>
          <w:p w14:paraId="2ED1D7A6" w14:textId="77777777" w:rsidR="00664595" w:rsidRPr="002E5269" w:rsidRDefault="00664595">
            <w:pPr>
              <w:spacing w:after="20"/>
              <w:rPr>
                <w:rFonts w:ascii="Times New Roman" w:hAnsi="Times New Roman" w:cs="Times New Roman"/>
                <w:szCs w:val="18"/>
              </w:rPr>
            </w:pPr>
          </w:p>
        </w:tc>
      </w:tr>
      <w:tr w:rsidR="002E5269" w:rsidRPr="002E5269" w14:paraId="71B18A66" w14:textId="77777777" w:rsidTr="002E5269">
        <w:trPr>
          <w:jc w:val="center"/>
        </w:trPr>
        <w:tc>
          <w:tcPr>
            <w:tcW w:w="3389" w:type="dxa"/>
            <w:vAlign w:val="center"/>
          </w:tcPr>
          <w:p w14:paraId="295878AF" w14:textId="77777777" w:rsidR="00664595" w:rsidRPr="002E5269" w:rsidRDefault="00000000">
            <w:pPr>
              <w:spacing w:after="20"/>
              <w:rPr>
                <w:rFonts w:ascii="Times New Roman" w:hAnsi="Times New Roman" w:cs="Times New Roman"/>
                <w:szCs w:val="18"/>
              </w:rPr>
            </w:pPr>
            <w:r w:rsidRPr="002E5269">
              <w:rPr>
                <w:rFonts w:ascii="Times New Roman" w:hAnsi="Times New Roman" w:cs="Times New Roman"/>
                <w:szCs w:val="18"/>
              </w:rPr>
              <w:t>Investigation</w:t>
            </w:r>
          </w:p>
        </w:tc>
        <w:tc>
          <w:tcPr>
            <w:tcW w:w="3389" w:type="dxa"/>
            <w:vAlign w:val="center"/>
          </w:tcPr>
          <w:p w14:paraId="421A9755" w14:textId="77777777" w:rsidR="00664595" w:rsidRPr="002E5269" w:rsidRDefault="00000000">
            <w:pPr>
              <w:spacing w:after="20"/>
              <w:rPr>
                <w:rFonts w:ascii="Times New Roman" w:hAnsi="Times New Roman" w:cs="Times New Roman"/>
                <w:szCs w:val="18"/>
              </w:rPr>
            </w:pPr>
            <w:r w:rsidRPr="002E5269">
              <w:rPr>
                <w:rFonts w:ascii="Times New Roman" w:hAnsi="Times New Roman" w:cs="Times New Roman"/>
                <w:szCs w:val="18"/>
              </w:rPr>
              <w:t xml:space="preserve">Conducting research, experiments or </w:t>
            </w:r>
            <w:r w:rsidRPr="002E5269">
              <w:rPr>
                <w:rFonts w:ascii="Times New Roman" w:hAnsi="Times New Roman" w:cs="Times New Roman"/>
                <w:szCs w:val="18"/>
              </w:rPr>
              <w:lastRenderedPageBreak/>
              <w:t>evidence/data collection.</w:t>
            </w:r>
          </w:p>
        </w:tc>
        <w:tc>
          <w:tcPr>
            <w:tcW w:w="3389" w:type="dxa"/>
            <w:vAlign w:val="center"/>
          </w:tcPr>
          <w:p w14:paraId="112C75D8" w14:textId="77777777" w:rsidR="00664595" w:rsidRPr="002E5269" w:rsidRDefault="00664595">
            <w:pPr>
              <w:spacing w:after="20"/>
              <w:rPr>
                <w:rFonts w:ascii="Times New Roman" w:hAnsi="Times New Roman" w:cs="Times New Roman"/>
                <w:szCs w:val="18"/>
              </w:rPr>
            </w:pPr>
          </w:p>
        </w:tc>
      </w:tr>
      <w:tr w:rsidR="002E5269" w:rsidRPr="002E5269" w14:paraId="780CBC59" w14:textId="77777777" w:rsidTr="002E5269">
        <w:trPr>
          <w:jc w:val="center"/>
        </w:trPr>
        <w:tc>
          <w:tcPr>
            <w:tcW w:w="3389" w:type="dxa"/>
            <w:vAlign w:val="center"/>
          </w:tcPr>
          <w:p w14:paraId="43176E54" w14:textId="77777777" w:rsidR="00664595" w:rsidRPr="002E5269" w:rsidRDefault="00000000">
            <w:pPr>
              <w:spacing w:after="20"/>
              <w:rPr>
                <w:rFonts w:ascii="Times New Roman" w:hAnsi="Times New Roman" w:cs="Times New Roman"/>
                <w:szCs w:val="18"/>
              </w:rPr>
            </w:pPr>
            <w:r w:rsidRPr="002E5269">
              <w:rPr>
                <w:rFonts w:ascii="Times New Roman" w:hAnsi="Times New Roman" w:cs="Times New Roman"/>
                <w:szCs w:val="18"/>
              </w:rPr>
              <w:t>Resources</w:t>
            </w:r>
          </w:p>
        </w:tc>
        <w:tc>
          <w:tcPr>
            <w:tcW w:w="3389" w:type="dxa"/>
            <w:vAlign w:val="center"/>
          </w:tcPr>
          <w:p w14:paraId="74F06F58" w14:textId="77777777" w:rsidR="00664595" w:rsidRPr="002E5269" w:rsidRDefault="00000000">
            <w:pPr>
              <w:spacing w:after="20"/>
              <w:rPr>
                <w:rFonts w:ascii="Times New Roman" w:hAnsi="Times New Roman" w:cs="Times New Roman"/>
                <w:szCs w:val="18"/>
              </w:rPr>
            </w:pPr>
            <w:r w:rsidRPr="002E5269">
              <w:rPr>
                <w:rFonts w:ascii="Times New Roman" w:hAnsi="Times New Roman" w:cs="Times New Roman"/>
                <w:szCs w:val="18"/>
              </w:rPr>
              <w:t>Provision of study materials, participants, equipment or resources.</w:t>
            </w:r>
          </w:p>
        </w:tc>
        <w:tc>
          <w:tcPr>
            <w:tcW w:w="3389" w:type="dxa"/>
            <w:vAlign w:val="center"/>
          </w:tcPr>
          <w:p w14:paraId="46EC7336" w14:textId="77777777" w:rsidR="00664595" w:rsidRPr="002E5269" w:rsidRDefault="00664595">
            <w:pPr>
              <w:spacing w:after="20"/>
              <w:rPr>
                <w:rFonts w:ascii="Times New Roman" w:hAnsi="Times New Roman" w:cs="Times New Roman"/>
                <w:szCs w:val="18"/>
              </w:rPr>
            </w:pPr>
          </w:p>
        </w:tc>
      </w:tr>
      <w:tr w:rsidR="002E5269" w:rsidRPr="002E5269" w14:paraId="37468C30" w14:textId="77777777" w:rsidTr="002E5269">
        <w:trPr>
          <w:jc w:val="center"/>
        </w:trPr>
        <w:tc>
          <w:tcPr>
            <w:tcW w:w="3389" w:type="dxa"/>
            <w:vAlign w:val="center"/>
          </w:tcPr>
          <w:p w14:paraId="1BA2AB74" w14:textId="77777777" w:rsidR="00664595" w:rsidRPr="002E5269" w:rsidRDefault="00000000">
            <w:pPr>
              <w:spacing w:after="20"/>
              <w:rPr>
                <w:rFonts w:ascii="Times New Roman" w:hAnsi="Times New Roman" w:cs="Times New Roman"/>
                <w:szCs w:val="18"/>
              </w:rPr>
            </w:pPr>
            <w:r w:rsidRPr="002E5269">
              <w:rPr>
                <w:rFonts w:ascii="Times New Roman" w:hAnsi="Times New Roman" w:cs="Times New Roman"/>
                <w:szCs w:val="18"/>
              </w:rPr>
              <w:t>Data curation</w:t>
            </w:r>
          </w:p>
        </w:tc>
        <w:tc>
          <w:tcPr>
            <w:tcW w:w="3389" w:type="dxa"/>
            <w:vAlign w:val="center"/>
          </w:tcPr>
          <w:p w14:paraId="4A984433" w14:textId="77777777" w:rsidR="00664595" w:rsidRPr="002E5269" w:rsidRDefault="00000000">
            <w:pPr>
              <w:spacing w:after="20"/>
              <w:rPr>
                <w:rFonts w:ascii="Times New Roman" w:hAnsi="Times New Roman" w:cs="Times New Roman"/>
                <w:szCs w:val="18"/>
              </w:rPr>
            </w:pPr>
            <w:r w:rsidRPr="002E5269">
              <w:rPr>
                <w:rFonts w:ascii="Times New Roman" w:hAnsi="Times New Roman" w:cs="Times New Roman"/>
                <w:szCs w:val="18"/>
              </w:rPr>
              <w:t>Management, annotation, cleaning and maintenance of research data.</w:t>
            </w:r>
          </w:p>
        </w:tc>
        <w:tc>
          <w:tcPr>
            <w:tcW w:w="3389" w:type="dxa"/>
            <w:vAlign w:val="center"/>
          </w:tcPr>
          <w:p w14:paraId="4E7D482C" w14:textId="77777777" w:rsidR="00664595" w:rsidRPr="002E5269" w:rsidRDefault="00664595">
            <w:pPr>
              <w:spacing w:after="20"/>
              <w:rPr>
                <w:rFonts w:ascii="Times New Roman" w:hAnsi="Times New Roman" w:cs="Times New Roman"/>
                <w:szCs w:val="18"/>
              </w:rPr>
            </w:pPr>
          </w:p>
        </w:tc>
      </w:tr>
      <w:tr w:rsidR="002E5269" w:rsidRPr="002E5269" w14:paraId="5E62ABCD" w14:textId="77777777" w:rsidTr="002E5269">
        <w:trPr>
          <w:jc w:val="center"/>
        </w:trPr>
        <w:tc>
          <w:tcPr>
            <w:tcW w:w="3389" w:type="dxa"/>
            <w:vAlign w:val="center"/>
          </w:tcPr>
          <w:p w14:paraId="287CDCDD" w14:textId="77777777" w:rsidR="00664595" w:rsidRPr="002E5269" w:rsidRDefault="00000000">
            <w:pPr>
              <w:spacing w:after="20"/>
              <w:rPr>
                <w:rFonts w:ascii="Times New Roman" w:hAnsi="Times New Roman" w:cs="Times New Roman"/>
                <w:szCs w:val="18"/>
              </w:rPr>
            </w:pPr>
            <w:r w:rsidRPr="002E5269">
              <w:rPr>
                <w:rFonts w:ascii="Times New Roman" w:hAnsi="Times New Roman" w:cs="Times New Roman"/>
                <w:szCs w:val="18"/>
              </w:rPr>
              <w:t>Writing – original draft</w:t>
            </w:r>
          </w:p>
        </w:tc>
        <w:tc>
          <w:tcPr>
            <w:tcW w:w="3389" w:type="dxa"/>
            <w:vAlign w:val="center"/>
          </w:tcPr>
          <w:p w14:paraId="5931D271" w14:textId="77777777" w:rsidR="00664595" w:rsidRPr="002E5269" w:rsidRDefault="00000000">
            <w:pPr>
              <w:spacing w:after="20"/>
              <w:rPr>
                <w:rFonts w:ascii="Times New Roman" w:hAnsi="Times New Roman" w:cs="Times New Roman"/>
                <w:szCs w:val="18"/>
              </w:rPr>
            </w:pPr>
            <w:r w:rsidRPr="002E5269">
              <w:rPr>
                <w:rFonts w:ascii="Times New Roman" w:hAnsi="Times New Roman" w:cs="Times New Roman"/>
                <w:szCs w:val="18"/>
              </w:rPr>
              <w:t>Preparation of the initial manuscript draft.</w:t>
            </w:r>
          </w:p>
        </w:tc>
        <w:tc>
          <w:tcPr>
            <w:tcW w:w="3389" w:type="dxa"/>
            <w:vAlign w:val="center"/>
          </w:tcPr>
          <w:p w14:paraId="67630FD1" w14:textId="77777777" w:rsidR="00664595" w:rsidRPr="002E5269" w:rsidRDefault="00664595">
            <w:pPr>
              <w:spacing w:after="20"/>
              <w:rPr>
                <w:rFonts w:ascii="Times New Roman" w:hAnsi="Times New Roman" w:cs="Times New Roman"/>
                <w:szCs w:val="18"/>
              </w:rPr>
            </w:pPr>
          </w:p>
        </w:tc>
      </w:tr>
      <w:tr w:rsidR="002E5269" w:rsidRPr="002E5269" w14:paraId="788B2B11" w14:textId="77777777" w:rsidTr="002E5269">
        <w:trPr>
          <w:jc w:val="center"/>
        </w:trPr>
        <w:tc>
          <w:tcPr>
            <w:tcW w:w="3389" w:type="dxa"/>
            <w:vAlign w:val="center"/>
          </w:tcPr>
          <w:p w14:paraId="0A65C060" w14:textId="77777777" w:rsidR="00664595" w:rsidRPr="002E5269" w:rsidRDefault="00000000">
            <w:pPr>
              <w:spacing w:after="20"/>
              <w:rPr>
                <w:rFonts w:ascii="Times New Roman" w:hAnsi="Times New Roman" w:cs="Times New Roman"/>
                <w:szCs w:val="18"/>
              </w:rPr>
            </w:pPr>
            <w:r w:rsidRPr="002E5269">
              <w:rPr>
                <w:rFonts w:ascii="Times New Roman" w:hAnsi="Times New Roman" w:cs="Times New Roman"/>
                <w:szCs w:val="18"/>
              </w:rPr>
              <w:t>Writing – review &amp; editing</w:t>
            </w:r>
          </w:p>
        </w:tc>
        <w:tc>
          <w:tcPr>
            <w:tcW w:w="3389" w:type="dxa"/>
            <w:vAlign w:val="center"/>
          </w:tcPr>
          <w:p w14:paraId="7C91E1BD" w14:textId="77777777" w:rsidR="00664595" w:rsidRPr="002E5269" w:rsidRDefault="00000000">
            <w:pPr>
              <w:spacing w:after="20"/>
              <w:rPr>
                <w:rFonts w:ascii="Times New Roman" w:hAnsi="Times New Roman" w:cs="Times New Roman"/>
                <w:szCs w:val="18"/>
              </w:rPr>
            </w:pPr>
            <w:r w:rsidRPr="002E5269">
              <w:rPr>
                <w:rFonts w:ascii="Times New Roman" w:hAnsi="Times New Roman" w:cs="Times New Roman"/>
                <w:szCs w:val="18"/>
              </w:rPr>
              <w:t>Critical review, revision and editing of the manuscript.</w:t>
            </w:r>
          </w:p>
        </w:tc>
        <w:tc>
          <w:tcPr>
            <w:tcW w:w="3389" w:type="dxa"/>
            <w:vAlign w:val="center"/>
          </w:tcPr>
          <w:p w14:paraId="038DF8B7" w14:textId="77777777" w:rsidR="00664595" w:rsidRPr="002E5269" w:rsidRDefault="00664595">
            <w:pPr>
              <w:spacing w:after="20"/>
              <w:rPr>
                <w:rFonts w:ascii="Times New Roman" w:hAnsi="Times New Roman" w:cs="Times New Roman"/>
                <w:szCs w:val="18"/>
              </w:rPr>
            </w:pPr>
          </w:p>
        </w:tc>
      </w:tr>
      <w:tr w:rsidR="002E5269" w:rsidRPr="002E5269" w14:paraId="671CB108" w14:textId="77777777" w:rsidTr="002E5269">
        <w:trPr>
          <w:jc w:val="center"/>
        </w:trPr>
        <w:tc>
          <w:tcPr>
            <w:tcW w:w="3389" w:type="dxa"/>
            <w:vAlign w:val="center"/>
          </w:tcPr>
          <w:p w14:paraId="0E0019EC" w14:textId="77777777" w:rsidR="00664595" w:rsidRPr="002E5269" w:rsidRDefault="00000000">
            <w:pPr>
              <w:spacing w:after="20"/>
              <w:rPr>
                <w:rFonts w:ascii="Times New Roman" w:hAnsi="Times New Roman" w:cs="Times New Roman"/>
                <w:szCs w:val="18"/>
              </w:rPr>
            </w:pPr>
            <w:r w:rsidRPr="002E5269">
              <w:rPr>
                <w:rFonts w:ascii="Times New Roman" w:hAnsi="Times New Roman" w:cs="Times New Roman"/>
                <w:szCs w:val="18"/>
              </w:rPr>
              <w:t>Visualization</w:t>
            </w:r>
          </w:p>
        </w:tc>
        <w:tc>
          <w:tcPr>
            <w:tcW w:w="3389" w:type="dxa"/>
            <w:vAlign w:val="center"/>
          </w:tcPr>
          <w:p w14:paraId="34EF3832" w14:textId="77777777" w:rsidR="00664595" w:rsidRPr="002E5269" w:rsidRDefault="00000000">
            <w:pPr>
              <w:spacing w:after="20"/>
              <w:rPr>
                <w:rFonts w:ascii="Times New Roman" w:hAnsi="Times New Roman" w:cs="Times New Roman"/>
                <w:szCs w:val="18"/>
              </w:rPr>
            </w:pPr>
            <w:r w:rsidRPr="002E5269">
              <w:rPr>
                <w:rFonts w:ascii="Times New Roman" w:hAnsi="Times New Roman" w:cs="Times New Roman"/>
                <w:szCs w:val="18"/>
              </w:rPr>
              <w:t>Preparation or presentation of data in figures, tables or visuals.</w:t>
            </w:r>
          </w:p>
        </w:tc>
        <w:tc>
          <w:tcPr>
            <w:tcW w:w="3389" w:type="dxa"/>
            <w:vAlign w:val="center"/>
          </w:tcPr>
          <w:p w14:paraId="584B9840" w14:textId="77777777" w:rsidR="00664595" w:rsidRPr="002E5269" w:rsidRDefault="00664595">
            <w:pPr>
              <w:spacing w:after="20"/>
              <w:rPr>
                <w:rFonts w:ascii="Times New Roman" w:hAnsi="Times New Roman" w:cs="Times New Roman"/>
                <w:szCs w:val="18"/>
              </w:rPr>
            </w:pPr>
          </w:p>
        </w:tc>
      </w:tr>
      <w:tr w:rsidR="002E5269" w:rsidRPr="002E5269" w14:paraId="6BBBC896" w14:textId="77777777" w:rsidTr="002E5269">
        <w:trPr>
          <w:jc w:val="center"/>
        </w:trPr>
        <w:tc>
          <w:tcPr>
            <w:tcW w:w="3389" w:type="dxa"/>
            <w:vAlign w:val="center"/>
          </w:tcPr>
          <w:p w14:paraId="52C05B51" w14:textId="77777777" w:rsidR="00664595" w:rsidRPr="002E5269" w:rsidRDefault="00000000">
            <w:pPr>
              <w:spacing w:after="20"/>
              <w:rPr>
                <w:rFonts w:ascii="Times New Roman" w:hAnsi="Times New Roman" w:cs="Times New Roman"/>
                <w:szCs w:val="18"/>
              </w:rPr>
            </w:pPr>
            <w:r w:rsidRPr="002E5269">
              <w:rPr>
                <w:rFonts w:ascii="Times New Roman" w:hAnsi="Times New Roman" w:cs="Times New Roman"/>
                <w:szCs w:val="18"/>
              </w:rPr>
              <w:t>Supervision</w:t>
            </w:r>
          </w:p>
        </w:tc>
        <w:tc>
          <w:tcPr>
            <w:tcW w:w="3389" w:type="dxa"/>
            <w:vAlign w:val="center"/>
          </w:tcPr>
          <w:p w14:paraId="387C2358" w14:textId="77777777" w:rsidR="00664595" w:rsidRPr="002E5269" w:rsidRDefault="00000000">
            <w:pPr>
              <w:spacing w:after="20"/>
              <w:rPr>
                <w:rFonts w:ascii="Times New Roman" w:hAnsi="Times New Roman" w:cs="Times New Roman"/>
                <w:szCs w:val="18"/>
              </w:rPr>
            </w:pPr>
            <w:r w:rsidRPr="002E5269">
              <w:rPr>
                <w:rFonts w:ascii="Times New Roman" w:hAnsi="Times New Roman" w:cs="Times New Roman"/>
                <w:szCs w:val="18"/>
              </w:rPr>
              <w:t>Oversight and leadership of research planning and execution.</w:t>
            </w:r>
          </w:p>
        </w:tc>
        <w:tc>
          <w:tcPr>
            <w:tcW w:w="3389" w:type="dxa"/>
            <w:vAlign w:val="center"/>
          </w:tcPr>
          <w:p w14:paraId="0D64B68C" w14:textId="77777777" w:rsidR="00664595" w:rsidRPr="002E5269" w:rsidRDefault="00664595">
            <w:pPr>
              <w:spacing w:after="20"/>
              <w:rPr>
                <w:rFonts w:ascii="Times New Roman" w:hAnsi="Times New Roman" w:cs="Times New Roman"/>
                <w:szCs w:val="18"/>
              </w:rPr>
            </w:pPr>
          </w:p>
        </w:tc>
      </w:tr>
      <w:tr w:rsidR="002E5269" w:rsidRPr="002E5269" w14:paraId="1E32AA76" w14:textId="77777777" w:rsidTr="002E5269">
        <w:trPr>
          <w:jc w:val="center"/>
        </w:trPr>
        <w:tc>
          <w:tcPr>
            <w:tcW w:w="3389" w:type="dxa"/>
            <w:vAlign w:val="center"/>
          </w:tcPr>
          <w:p w14:paraId="1E0B1762" w14:textId="77777777" w:rsidR="00664595" w:rsidRPr="002E5269" w:rsidRDefault="00000000">
            <w:pPr>
              <w:spacing w:after="20"/>
              <w:rPr>
                <w:rFonts w:ascii="Times New Roman" w:hAnsi="Times New Roman" w:cs="Times New Roman"/>
                <w:szCs w:val="18"/>
              </w:rPr>
            </w:pPr>
            <w:r w:rsidRPr="002E5269">
              <w:rPr>
                <w:rFonts w:ascii="Times New Roman" w:hAnsi="Times New Roman" w:cs="Times New Roman"/>
                <w:szCs w:val="18"/>
              </w:rPr>
              <w:t>Project administration</w:t>
            </w:r>
          </w:p>
        </w:tc>
        <w:tc>
          <w:tcPr>
            <w:tcW w:w="3389" w:type="dxa"/>
            <w:vAlign w:val="center"/>
          </w:tcPr>
          <w:p w14:paraId="2A8CCBDE" w14:textId="77777777" w:rsidR="00664595" w:rsidRPr="002E5269" w:rsidRDefault="00000000">
            <w:pPr>
              <w:spacing w:after="20"/>
              <w:rPr>
                <w:rFonts w:ascii="Times New Roman" w:hAnsi="Times New Roman" w:cs="Times New Roman"/>
                <w:szCs w:val="18"/>
              </w:rPr>
            </w:pPr>
            <w:r w:rsidRPr="002E5269">
              <w:rPr>
                <w:rFonts w:ascii="Times New Roman" w:hAnsi="Times New Roman" w:cs="Times New Roman"/>
                <w:szCs w:val="18"/>
              </w:rPr>
              <w:t>Management and coordination of research activities.</w:t>
            </w:r>
          </w:p>
        </w:tc>
        <w:tc>
          <w:tcPr>
            <w:tcW w:w="3389" w:type="dxa"/>
            <w:vAlign w:val="center"/>
          </w:tcPr>
          <w:p w14:paraId="7675BF23" w14:textId="77777777" w:rsidR="00664595" w:rsidRPr="002E5269" w:rsidRDefault="00664595">
            <w:pPr>
              <w:spacing w:after="20"/>
              <w:rPr>
                <w:rFonts w:ascii="Times New Roman" w:hAnsi="Times New Roman" w:cs="Times New Roman"/>
                <w:szCs w:val="18"/>
              </w:rPr>
            </w:pPr>
          </w:p>
        </w:tc>
      </w:tr>
      <w:tr w:rsidR="002E5269" w:rsidRPr="002E5269" w14:paraId="589C44E5" w14:textId="77777777" w:rsidTr="002E5269">
        <w:trPr>
          <w:jc w:val="center"/>
        </w:trPr>
        <w:tc>
          <w:tcPr>
            <w:tcW w:w="3389" w:type="dxa"/>
            <w:vAlign w:val="center"/>
          </w:tcPr>
          <w:p w14:paraId="18C23761" w14:textId="77777777" w:rsidR="00664595" w:rsidRPr="002E5269" w:rsidRDefault="00000000">
            <w:pPr>
              <w:spacing w:after="20"/>
              <w:rPr>
                <w:rFonts w:ascii="Times New Roman" w:hAnsi="Times New Roman" w:cs="Times New Roman"/>
                <w:szCs w:val="18"/>
              </w:rPr>
            </w:pPr>
            <w:r w:rsidRPr="002E5269">
              <w:rPr>
                <w:rFonts w:ascii="Times New Roman" w:hAnsi="Times New Roman" w:cs="Times New Roman"/>
                <w:szCs w:val="18"/>
              </w:rPr>
              <w:t>Funding acquisition</w:t>
            </w:r>
          </w:p>
        </w:tc>
        <w:tc>
          <w:tcPr>
            <w:tcW w:w="3389" w:type="dxa"/>
            <w:vAlign w:val="center"/>
          </w:tcPr>
          <w:p w14:paraId="6DD334CA" w14:textId="77777777" w:rsidR="00664595" w:rsidRPr="002E5269" w:rsidRDefault="00000000">
            <w:pPr>
              <w:spacing w:after="20"/>
              <w:rPr>
                <w:rFonts w:ascii="Times New Roman" w:hAnsi="Times New Roman" w:cs="Times New Roman"/>
                <w:szCs w:val="18"/>
              </w:rPr>
            </w:pPr>
            <w:r w:rsidRPr="002E5269">
              <w:rPr>
                <w:rFonts w:ascii="Times New Roman" w:hAnsi="Times New Roman" w:cs="Times New Roman"/>
                <w:szCs w:val="18"/>
              </w:rPr>
              <w:t>Acquisition of financial support for the project.</w:t>
            </w:r>
          </w:p>
        </w:tc>
        <w:tc>
          <w:tcPr>
            <w:tcW w:w="3389" w:type="dxa"/>
            <w:vAlign w:val="center"/>
          </w:tcPr>
          <w:p w14:paraId="5A9D1E32" w14:textId="77777777" w:rsidR="00664595" w:rsidRPr="002E5269" w:rsidRDefault="00664595">
            <w:pPr>
              <w:spacing w:after="20"/>
              <w:rPr>
                <w:rFonts w:ascii="Times New Roman" w:hAnsi="Times New Roman" w:cs="Times New Roman"/>
                <w:szCs w:val="18"/>
              </w:rPr>
            </w:pPr>
          </w:p>
        </w:tc>
      </w:tr>
    </w:tbl>
    <w:p w14:paraId="7E0BF222" w14:textId="77777777" w:rsidR="00664595" w:rsidRPr="002E5269" w:rsidRDefault="00000000">
      <w:pPr>
        <w:pStyle w:val="Heading1"/>
        <w:rPr>
          <w:rFonts w:ascii="Times New Roman" w:hAnsi="Times New Roman" w:cs="Times New Roman"/>
          <w:color w:val="auto"/>
        </w:rPr>
      </w:pPr>
      <w:r w:rsidRPr="002E5269">
        <w:rPr>
          <w:rFonts w:ascii="Times New Roman" w:hAnsi="Times New Roman" w:cs="Times New Roman"/>
          <w:color w:val="auto"/>
        </w:rPr>
        <w:t>Part C. Acknowledgements and Assistance</w:t>
      </w:r>
    </w:p>
    <w:p w14:paraId="2B55069A" w14:textId="77777777" w:rsidR="00664595" w:rsidRPr="002E5269" w:rsidRDefault="00000000">
      <w:pPr>
        <w:rPr>
          <w:rFonts w:ascii="Times New Roman" w:hAnsi="Times New Roman" w:cs="Times New Roman"/>
        </w:rPr>
      </w:pPr>
      <w:r w:rsidRPr="002E5269">
        <w:rPr>
          <w:rFonts w:ascii="Times New Roman" w:hAnsi="Times New Roman" w:cs="Times New Roman"/>
        </w:rPr>
        <w:t>List individuals who contributed but do not satisfy all four ICMJE authorship criteria, describing their specific contributions. Obtain permission from those identified by name. Funding and competing interests are declared separately.</w:t>
      </w:r>
    </w:p>
    <w:tbl>
      <w:tblPr>
        <w:tblStyle w:val="TableGrid"/>
        <w:tblW w:w="0" w:type="auto"/>
        <w:jc w:val="center"/>
        <w:tblLook w:val="04A0" w:firstRow="1" w:lastRow="0" w:firstColumn="1" w:lastColumn="0" w:noHBand="0" w:noVBand="1"/>
      </w:tblPr>
      <w:tblGrid>
        <w:gridCol w:w="3386"/>
        <w:gridCol w:w="3385"/>
        <w:gridCol w:w="3385"/>
      </w:tblGrid>
      <w:tr w:rsidR="002E5269" w:rsidRPr="002E5269" w14:paraId="06BC44C3" w14:textId="77777777" w:rsidTr="002E5269">
        <w:trPr>
          <w:jc w:val="center"/>
        </w:trPr>
        <w:tc>
          <w:tcPr>
            <w:tcW w:w="3389" w:type="dxa"/>
            <w:vAlign w:val="center"/>
          </w:tcPr>
          <w:p w14:paraId="77EB0C59" w14:textId="77777777" w:rsidR="00664595" w:rsidRPr="002E5269" w:rsidRDefault="00000000">
            <w:pPr>
              <w:spacing w:after="20"/>
              <w:rPr>
                <w:rFonts w:ascii="Times New Roman" w:hAnsi="Times New Roman" w:cs="Times New Roman"/>
                <w:szCs w:val="18"/>
              </w:rPr>
            </w:pPr>
            <w:r w:rsidRPr="002E5269">
              <w:rPr>
                <w:rFonts w:ascii="Times New Roman" w:hAnsi="Times New Roman" w:cs="Times New Roman"/>
                <w:b/>
                <w:szCs w:val="18"/>
              </w:rPr>
              <w:t>Full name / credentials</w:t>
            </w:r>
          </w:p>
        </w:tc>
        <w:tc>
          <w:tcPr>
            <w:tcW w:w="3389" w:type="dxa"/>
            <w:vAlign w:val="center"/>
          </w:tcPr>
          <w:p w14:paraId="0F459A56" w14:textId="77777777" w:rsidR="00664595" w:rsidRPr="002E5269" w:rsidRDefault="00000000">
            <w:pPr>
              <w:spacing w:after="20"/>
              <w:rPr>
                <w:rFonts w:ascii="Times New Roman" w:hAnsi="Times New Roman" w:cs="Times New Roman"/>
                <w:szCs w:val="18"/>
              </w:rPr>
            </w:pPr>
            <w:r w:rsidRPr="002E5269">
              <w:rPr>
                <w:rFonts w:ascii="Times New Roman" w:hAnsi="Times New Roman" w:cs="Times New Roman"/>
                <w:b/>
                <w:szCs w:val="18"/>
              </w:rPr>
              <w:t>Affiliation</w:t>
            </w:r>
          </w:p>
        </w:tc>
        <w:tc>
          <w:tcPr>
            <w:tcW w:w="3389" w:type="dxa"/>
            <w:vAlign w:val="center"/>
          </w:tcPr>
          <w:p w14:paraId="7C3E8D36" w14:textId="77777777" w:rsidR="00664595" w:rsidRPr="002E5269" w:rsidRDefault="00000000">
            <w:pPr>
              <w:spacing w:after="20"/>
              <w:rPr>
                <w:rFonts w:ascii="Times New Roman" w:hAnsi="Times New Roman" w:cs="Times New Roman"/>
                <w:szCs w:val="18"/>
              </w:rPr>
            </w:pPr>
            <w:r w:rsidRPr="002E5269">
              <w:rPr>
                <w:rFonts w:ascii="Times New Roman" w:hAnsi="Times New Roman" w:cs="Times New Roman"/>
                <w:b/>
                <w:szCs w:val="18"/>
              </w:rPr>
              <w:t>Specific contribution</w:t>
            </w:r>
          </w:p>
        </w:tc>
      </w:tr>
      <w:tr w:rsidR="002E5269" w:rsidRPr="002E5269" w14:paraId="734DB5E1" w14:textId="77777777" w:rsidTr="002E5269">
        <w:trPr>
          <w:jc w:val="center"/>
        </w:trPr>
        <w:tc>
          <w:tcPr>
            <w:tcW w:w="3389" w:type="dxa"/>
            <w:vAlign w:val="center"/>
          </w:tcPr>
          <w:p w14:paraId="7FA68EEE" w14:textId="77777777" w:rsidR="00664595" w:rsidRPr="002E5269" w:rsidRDefault="00664595">
            <w:pPr>
              <w:spacing w:after="20"/>
              <w:rPr>
                <w:rFonts w:ascii="Times New Roman" w:hAnsi="Times New Roman" w:cs="Times New Roman"/>
                <w:szCs w:val="18"/>
              </w:rPr>
            </w:pPr>
          </w:p>
        </w:tc>
        <w:tc>
          <w:tcPr>
            <w:tcW w:w="3389" w:type="dxa"/>
            <w:vAlign w:val="center"/>
          </w:tcPr>
          <w:p w14:paraId="33C6331A" w14:textId="77777777" w:rsidR="00664595" w:rsidRPr="002E5269" w:rsidRDefault="00664595">
            <w:pPr>
              <w:spacing w:after="20"/>
              <w:rPr>
                <w:rFonts w:ascii="Times New Roman" w:hAnsi="Times New Roman" w:cs="Times New Roman"/>
                <w:szCs w:val="18"/>
              </w:rPr>
            </w:pPr>
          </w:p>
        </w:tc>
        <w:tc>
          <w:tcPr>
            <w:tcW w:w="3389" w:type="dxa"/>
            <w:vAlign w:val="center"/>
          </w:tcPr>
          <w:p w14:paraId="55A342FD" w14:textId="77777777" w:rsidR="00664595" w:rsidRPr="002E5269" w:rsidRDefault="00664595">
            <w:pPr>
              <w:spacing w:after="20"/>
              <w:rPr>
                <w:rFonts w:ascii="Times New Roman" w:hAnsi="Times New Roman" w:cs="Times New Roman"/>
                <w:szCs w:val="18"/>
              </w:rPr>
            </w:pPr>
          </w:p>
        </w:tc>
      </w:tr>
      <w:tr w:rsidR="002E5269" w:rsidRPr="002E5269" w14:paraId="58728C98" w14:textId="77777777" w:rsidTr="002E5269">
        <w:trPr>
          <w:jc w:val="center"/>
        </w:trPr>
        <w:tc>
          <w:tcPr>
            <w:tcW w:w="3389" w:type="dxa"/>
            <w:vAlign w:val="center"/>
          </w:tcPr>
          <w:p w14:paraId="07476E01" w14:textId="77777777" w:rsidR="00664595" w:rsidRPr="002E5269" w:rsidRDefault="00664595">
            <w:pPr>
              <w:spacing w:after="20"/>
              <w:rPr>
                <w:rFonts w:ascii="Times New Roman" w:hAnsi="Times New Roman" w:cs="Times New Roman"/>
                <w:szCs w:val="18"/>
              </w:rPr>
            </w:pPr>
          </w:p>
        </w:tc>
        <w:tc>
          <w:tcPr>
            <w:tcW w:w="3389" w:type="dxa"/>
            <w:vAlign w:val="center"/>
          </w:tcPr>
          <w:p w14:paraId="5A53DA2E" w14:textId="77777777" w:rsidR="00664595" w:rsidRPr="002E5269" w:rsidRDefault="00664595">
            <w:pPr>
              <w:spacing w:after="20"/>
              <w:rPr>
                <w:rFonts w:ascii="Times New Roman" w:hAnsi="Times New Roman" w:cs="Times New Roman"/>
                <w:szCs w:val="18"/>
              </w:rPr>
            </w:pPr>
          </w:p>
        </w:tc>
        <w:tc>
          <w:tcPr>
            <w:tcW w:w="3389" w:type="dxa"/>
            <w:vAlign w:val="center"/>
          </w:tcPr>
          <w:p w14:paraId="5DE5EAEE" w14:textId="77777777" w:rsidR="00664595" w:rsidRPr="002E5269" w:rsidRDefault="00664595">
            <w:pPr>
              <w:spacing w:after="20"/>
              <w:rPr>
                <w:rFonts w:ascii="Times New Roman" w:hAnsi="Times New Roman" w:cs="Times New Roman"/>
                <w:szCs w:val="18"/>
              </w:rPr>
            </w:pPr>
          </w:p>
        </w:tc>
      </w:tr>
      <w:tr w:rsidR="002E5269" w:rsidRPr="002E5269" w14:paraId="3EC3998F" w14:textId="77777777" w:rsidTr="002E5269">
        <w:trPr>
          <w:jc w:val="center"/>
        </w:trPr>
        <w:tc>
          <w:tcPr>
            <w:tcW w:w="3389" w:type="dxa"/>
            <w:vAlign w:val="center"/>
          </w:tcPr>
          <w:p w14:paraId="3D887EC8" w14:textId="77777777" w:rsidR="00664595" w:rsidRPr="002E5269" w:rsidRDefault="00664595">
            <w:pPr>
              <w:spacing w:after="20"/>
              <w:rPr>
                <w:rFonts w:ascii="Times New Roman" w:hAnsi="Times New Roman" w:cs="Times New Roman"/>
                <w:szCs w:val="18"/>
              </w:rPr>
            </w:pPr>
          </w:p>
        </w:tc>
        <w:tc>
          <w:tcPr>
            <w:tcW w:w="3389" w:type="dxa"/>
            <w:vAlign w:val="center"/>
          </w:tcPr>
          <w:p w14:paraId="38749726" w14:textId="77777777" w:rsidR="00664595" w:rsidRPr="002E5269" w:rsidRDefault="00664595">
            <w:pPr>
              <w:spacing w:after="20"/>
              <w:rPr>
                <w:rFonts w:ascii="Times New Roman" w:hAnsi="Times New Roman" w:cs="Times New Roman"/>
                <w:szCs w:val="18"/>
              </w:rPr>
            </w:pPr>
          </w:p>
        </w:tc>
        <w:tc>
          <w:tcPr>
            <w:tcW w:w="3389" w:type="dxa"/>
            <w:vAlign w:val="center"/>
          </w:tcPr>
          <w:p w14:paraId="6BD75422" w14:textId="77777777" w:rsidR="00664595" w:rsidRPr="002E5269" w:rsidRDefault="00664595">
            <w:pPr>
              <w:spacing w:after="20"/>
              <w:rPr>
                <w:rFonts w:ascii="Times New Roman" w:hAnsi="Times New Roman" w:cs="Times New Roman"/>
                <w:szCs w:val="18"/>
              </w:rPr>
            </w:pPr>
          </w:p>
        </w:tc>
      </w:tr>
    </w:tbl>
    <w:p w14:paraId="70E6CA81" w14:textId="77777777" w:rsidR="00664595" w:rsidRPr="002E5269" w:rsidRDefault="00000000">
      <w:pPr>
        <w:rPr>
          <w:rFonts w:ascii="Times New Roman" w:hAnsi="Times New Roman" w:cs="Times New Roman"/>
        </w:rPr>
      </w:pPr>
      <w:r w:rsidRPr="002E5269">
        <w:rPr>
          <w:rFonts w:ascii="Times New Roman" w:hAnsi="Times New Roman" w:cs="Times New Roman"/>
        </w:rPr>
        <w:t xml:space="preserve">Writing or language-editing assistance:  </w:t>
      </w:r>
      <w:r w:rsidRPr="002E5269">
        <w:rPr>
          <w:rFonts w:ascii="Segoe UI Symbol" w:hAnsi="Segoe UI Symbol" w:cs="Segoe UI Symbol"/>
        </w:rPr>
        <w:t>☐</w:t>
      </w:r>
      <w:r w:rsidRPr="002E5269">
        <w:rPr>
          <w:rFonts w:ascii="Times New Roman" w:hAnsi="Times New Roman" w:cs="Times New Roman"/>
        </w:rPr>
        <w:t xml:space="preserve"> None    </w:t>
      </w:r>
      <w:r w:rsidRPr="002E5269">
        <w:rPr>
          <w:rFonts w:ascii="Segoe UI Symbol" w:hAnsi="Segoe UI Symbol" w:cs="Segoe UI Symbol"/>
        </w:rPr>
        <w:t>☐</w:t>
      </w:r>
      <w:r w:rsidRPr="002E5269">
        <w:rPr>
          <w:rFonts w:ascii="Times New Roman" w:hAnsi="Times New Roman" w:cs="Times New Roman"/>
        </w:rPr>
        <w:t xml:space="preserve"> Yes (identify the person/service, affiliation and funding source below)</w:t>
      </w:r>
    </w:p>
    <w:tbl>
      <w:tblPr>
        <w:tblStyle w:val="TableGrid"/>
        <w:tblW w:w="0" w:type="auto"/>
        <w:jc w:val="center"/>
        <w:tblLook w:val="04A0" w:firstRow="1" w:lastRow="0" w:firstColumn="1" w:lastColumn="0" w:noHBand="0" w:noVBand="1"/>
      </w:tblPr>
      <w:tblGrid>
        <w:gridCol w:w="5078"/>
        <w:gridCol w:w="5078"/>
      </w:tblGrid>
      <w:tr w:rsidR="002E5269" w:rsidRPr="002E5269" w14:paraId="34F4A9D0" w14:textId="77777777" w:rsidTr="002E5269">
        <w:trPr>
          <w:jc w:val="center"/>
        </w:trPr>
        <w:tc>
          <w:tcPr>
            <w:tcW w:w="5083" w:type="dxa"/>
            <w:vAlign w:val="center"/>
          </w:tcPr>
          <w:p w14:paraId="60F3A29C" w14:textId="77777777" w:rsidR="00664595" w:rsidRPr="002E5269" w:rsidRDefault="00000000">
            <w:pPr>
              <w:spacing w:after="20"/>
              <w:rPr>
                <w:rFonts w:ascii="Times New Roman" w:hAnsi="Times New Roman" w:cs="Times New Roman"/>
                <w:szCs w:val="18"/>
              </w:rPr>
            </w:pPr>
            <w:r w:rsidRPr="002E5269">
              <w:rPr>
                <w:rFonts w:ascii="Times New Roman" w:hAnsi="Times New Roman" w:cs="Times New Roman"/>
                <w:b/>
                <w:szCs w:val="18"/>
              </w:rPr>
              <w:t>Assistance details</w:t>
            </w:r>
          </w:p>
        </w:tc>
        <w:tc>
          <w:tcPr>
            <w:tcW w:w="5083" w:type="dxa"/>
            <w:vAlign w:val="center"/>
          </w:tcPr>
          <w:p w14:paraId="7DB21C4D" w14:textId="77777777" w:rsidR="00664595" w:rsidRPr="002E5269" w:rsidRDefault="00664595">
            <w:pPr>
              <w:spacing w:after="20"/>
              <w:rPr>
                <w:rFonts w:ascii="Times New Roman" w:hAnsi="Times New Roman" w:cs="Times New Roman"/>
                <w:szCs w:val="18"/>
              </w:rPr>
            </w:pPr>
          </w:p>
        </w:tc>
      </w:tr>
      <w:tr w:rsidR="002E5269" w:rsidRPr="002E5269" w14:paraId="0CBC14CF" w14:textId="77777777" w:rsidTr="002E5269">
        <w:trPr>
          <w:jc w:val="center"/>
        </w:trPr>
        <w:tc>
          <w:tcPr>
            <w:tcW w:w="5083" w:type="dxa"/>
            <w:vAlign w:val="center"/>
          </w:tcPr>
          <w:p w14:paraId="29236383" w14:textId="77777777" w:rsidR="00664595" w:rsidRPr="002E5269" w:rsidRDefault="00000000">
            <w:pPr>
              <w:spacing w:after="20"/>
              <w:rPr>
                <w:rFonts w:ascii="Times New Roman" w:hAnsi="Times New Roman" w:cs="Times New Roman"/>
                <w:szCs w:val="18"/>
              </w:rPr>
            </w:pPr>
            <w:r w:rsidRPr="002E5269">
              <w:rPr>
                <w:rFonts w:ascii="Times New Roman" w:hAnsi="Times New Roman" w:cs="Times New Roman"/>
                <w:szCs w:val="18"/>
              </w:rPr>
              <w:t>Name / service, role and funding</w:t>
            </w:r>
          </w:p>
        </w:tc>
        <w:tc>
          <w:tcPr>
            <w:tcW w:w="5083" w:type="dxa"/>
            <w:vAlign w:val="center"/>
          </w:tcPr>
          <w:p w14:paraId="4DAD4EFD" w14:textId="77777777" w:rsidR="00664595" w:rsidRPr="002E5269" w:rsidRDefault="00664595">
            <w:pPr>
              <w:spacing w:after="20"/>
              <w:rPr>
                <w:rFonts w:ascii="Times New Roman" w:hAnsi="Times New Roman" w:cs="Times New Roman"/>
                <w:szCs w:val="18"/>
              </w:rPr>
            </w:pPr>
          </w:p>
        </w:tc>
      </w:tr>
    </w:tbl>
    <w:p w14:paraId="2676F4F6" w14:textId="77777777" w:rsidR="00664595" w:rsidRPr="002E5269" w:rsidRDefault="00000000">
      <w:pPr>
        <w:rPr>
          <w:rFonts w:ascii="Times New Roman" w:hAnsi="Times New Roman" w:cs="Times New Roman"/>
        </w:rPr>
      </w:pPr>
      <w:r w:rsidRPr="002E5269">
        <w:rPr>
          <w:rFonts w:ascii="Segoe UI Symbol" w:hAnsi="Segoe UI Symbol" w:cs="Segoe UI Symbol"/>
        </w:rPr>
        <w:t>☐</w:t>
      </w:r>
      <w:r w:rsidRPr="002E5269">
        <w:rPr>
          <w:rFonts w:ascii="Times New Roman" w:hAnsi="Times New Roman" w:cs="Times New Roman"/>
        </w:rPr>
        <w:t xml:space="preserve"> All persons named in the Acknowledgements have consented to being acknowledged.</w:t>
      </w:r>
    </w:p>
    <w:p w14:paraId="3CA037D7" w14:textId="77777777" w:rsidR="00664595" w:rsidRPr="002E5269" w:rsidRDefault="00000000">
      <w:pPr>
        <w:pStyle w:val="Heading1"/>
        <w:rPr>
          <w:rFonts w:ascii="Times New Roman" w:hAnsi="Times New Roman" w:cs="Times New Roman"/>
          <w:color w:val="auto"/>
        </w:rPr>
      </w:pPr>
      <w:r w:rsidRPr="002E5269">
        <w:rPr>
          <w:rFonts w:ascii="Times New Roman" w:hAnsi="Times New Roman" w:cs="Times New Roman"/>
          <w:color w:val="auto"/>
        </w:rPr>
        <w:t>Part D. Originality, Ethical Compliance and Warranties</w:t>
      </w:r>
    </w:p>
    <w:p w14:paraId="698B0EF7" w14:textId="77777777" w:rsidR="00664595" w:rsidRPr="002E5269" w:rsidRDefault="00000000">
      <w:pPr>
        <w:rPr>
          <w:rFonts w:ascii="Times New Roman" w:hAnsi="Times New Roman" w:cs="Times New Roman"/>
        </w:rPr>
      </w:pPr>
      <w:r w:rsidRPr="002E5269">
        <w:rPr>
          <w:rFonts w:ascii="Times New Roman" w:hAnsi="Times New Roman" w:cs="Times New Roman"/>
        </w:rPr>
        <w:t>On behalf of all authors, the corresponding author confirms:</w:t>
      </w:r>
    </w:p>
    <w:p w14:paraId="16CA0E19" w14:textId="77777777" w:rsidR="00664595" w:rsidRPr="002E5269" w:rsidRDefault="00000000">
      <w:pPr>
        <w:rPr>
          <w:rFonts w:ascii="Times New Roman" w:hAnsi="Times New Roman" w:cs="Times New Roman"/>
        </w:rPr>
      </w:pPr>
      <w:r w:rsidRPr="002E5269">
        <w:rPr>
          <w:rFonts w:ascii="Times New Roman" w:hAnsi="Times New Roman" w:cs="Times New Roman"/>
        </w:rPr>
        <w:t>a) The manuscript is original scholarly work, is not under simultaneous consideration by another journal, and has not been published as a substantially equivalent peer-reviewed article, except for any prior or secondary publication disclosed to and permitted by AJTES. Related preprints, conference abstracts, presentations and publications are disclosed in the cover letter.</w:t>
      </w:r>
    </w:p>
    <w:p w14:paraId="608B8BEE" w14:textId="77777777" w:rsidR="00664595" w:rsidRPr="002E5269" w:rsidRDefault="00000000">
      <w:pPr>
        <w:rPr>
          <w:rFonts w:ascii="Times New Roman" w:hAnsi="Times New Roman" w:cs="Times New Roman"/>
        </w:rPr>
      </w:pPr>
      <w:r w:rsidRPr="002E5269">
        <w:rPr>
          <w:rFonts w:ascii="Times New Roman" w:hAnsi="Times New Roman" w:cs="Times New Roman"/>
        </w:rPr>
        <w:t>b) The submitted materials do not knowingly infringe third-party rights. Necessary permissions for reused material have been obtained and acknowledged, and third-party materials excluded from the article’s Creative Commons licence are clearly identified.</w:t>
      </w:r>
    </w:p>
    <w:p w14:paraId="648401CD" w14:textId="77777777" w:rsidR="00664595" w:rsidRPr="002E5269" w:rsidRDefault="00000000">
      <w:pPr>
        <w:rPr>
          <w:rFonts w:ascii="Times New Roman" w:hAnsi="Times New Roman" w:cs="Times New Roman"/>
        </w:rPr>
      </w:pPr>
      <w:r w:rsidRPr="002E5269">
        <w:rPr>
          <w:rFonts w:ascii="Times New Roman" w:hAnsi="Times New Roman" w:cs="Times New Roman"/>
        </w:rPr>
        <w:t xml:space="preserve">c) Where applicable, the study received ethics committee/IRB approval or a documented waiver/exemption; human-participant research complied with applicable ethical principles, including the Declaration of Helsinki. Informed consent and explicit consent for publication of identifiable information or images were obtained when required. Animal research complied with relevant institutional and regulatory requirements. Clinical trials were prospectively registered in a public registry, and the applicable reporting-guideline checklist (e.g. CONSORT, STROBE, PRISMA, CARE) is supplied.</w:t>
      </w:r>
    </w:p>
    <w:p w14:paraId="3745F53B" w14:textId="77777777" w:rsidR="00664595" w:rsidRPr="002E5269" w:rsidRDefault="00000000">
      <w:pPr>
        <w:rPr>
          <w:rFonts w:ascii="Times New Roman" w:hAnsi="Times New Roman" w:cs="Times New Roman"/>
        </w:rPr>
      </w:pPr>
      <w:r w:rsidRPr="002E5269">
        <w:rPr>
          <w:rFonts w:ascii="Times New Roman" w:hAnsi="Times New Roman" w:cs="Times New Roman"/>
        </w:rPr>
        <w:t>d) The information presented is accurate to the best of the authors’ knowledge; data and images have not been fabricated or inappropriately manipulated. Any relevant limitations, overlapping data and related publications have been disclosed.</w:t>
      </w:r>
    </w:p>
    <w:p w14:paraId="11DDB785" w14:textId="77777777" w:rsidR="00664595" w:rsidRPr="002E5269" w:rsidRDefault="00000000">
      <w:pPr>
        <w:rPr>
          <w:rFonts w:ascii="Times New Roman" w:hAnsi="Times New Roman" w:cs="Times New Roman"/>
        </w:rPr>
      </w:pPr>
      <w:r w:rsidRPr="002E5269">
        <w:rPr>
          <w:rFonts w:ascii="Times New Roman" w:hAnsi="Times New Roman" w:cs="Times New Roman"/>
        </w:rPr>
        <w:t>e) Any permitted secondary publication, including translation, will comply with applicable editorial approval, copyright and licence requirements and will clearly acknowledge the original AJTES publication.</w:t>
      </w:r>
    </w:p>
    <w:p w14:paraId="01D6300E" w14:textId="77777777" w:rsidR="00664595" w:rsidRPr="002E5269" w:rsidRDefault="00000000">
      <w:pPr>
        <w:pStyle w:val="Heading1"/>
        <w:rPr>
          <w:rFonts w:ascii="Times New Roman" w:hAnsi="Times New Roman" w:cs="Times New Roman"/>
          <w:color w:val="auto"/>
        </w:rPr>
      </w:pPr>
      <w:r w:rsidRPr="002E5269">
        <w:rPr>
          <w:rFonts w:ascii="Times New Roman" w:hAnsi="Times New Roman" w:cs="Times New Roman"/>
          <w:color w:val="auto"/>
        </w:rPr>
        <w:lastRenderedPageBreak/>
        <w:t xml:space="preserve">Part E. Copyright and Publishing Licence (CC BY 4.0)</w:t>
      </w:r>
    </w:p>
    <w:p w14:paraId="10FE282F" w14:textId="77777777" w:rsidR="00664595" w:rsidRPr="002E5269" w:rsidRDefault="00000000">
      <w:pPr>
        <w:rPr>
          <w:rFonts w:ascii="Times New Roman" w:hAnsi="Times New Roman" w:cs="Times New Roman"/>
        </w:rPr>
      </w:pPr>
      <w:r w:rsidRPr="002E5269">
        <w:rPr>
          <w:rFonts w:ascii="Times New Roman" w:hAnsi="Times New Roman" w:cs="Times New Roman"/>
        </w:rPr>
        <w:t xml:space="preserve">Authors retain copyright and do not transfer ownership to AJTES or its publisher. Upon acceptance, authors grant AJTES and its publisher, the Albanian Society for Trauma and Emergency Surgery (ASTES), a non-exclusive licence to publish and disseminate the work as the Version of Record. The published article bears “© [Year] The Author(s)”.</w:t>
      </w:r>
    </w:p>
    <w:p w14:paraId="0158552B" w14:textId="77777777" w:rsidR="00664595" w:rsidRPr="002E5269" w:rsidRDefault="00000000">
      <w:pPr>
        <w:rPr>
          <w:rFonts w:ascii="Times New Roman" w:hAnsi="Times New Roman" w:cs="Times New Roman"/>
        </w:rPr>
      </w:pPr>
      <w:r w:rsidRPr="002E5269">
        <w:rPr>
          <w:rFonts w:ascii="Times New Roman" w:hAnsi="Times New Roman" w:cs="Times New Roman"/>
        </w:rPr>
        <w:t xml:space="preserve">The Version of Record is published open access under the Creative Commons Attribution 4.0 International licence (CC BY 4.0): https://creativecommons.org/licenses/by/4.0/. Under this licence, others may share and adapt the licensed article for any purpose, including commercially, with appropriate credit, a link to the licence and an indication of changes. Materials identified as excluded from the licence remain subject to their separate rights and permissions. The full licence terms are published at https://journal.astes.org.al/AJTES/index.php/AJTES/licence-agreement.</w:t>
      </w:r>
    </w:p>
    <w:p w14:paraId="34C7FEAE" w14:textId="77777777" w:rsidR="00664595" w:rsidRPr="002E5269" w:rsidRDefault="00000000">
      <w:pPr>
        <w:rPr>
          <w:rFonts w:ascii="Times New Roman" w:hAnsi="Times New Roman" w:cs="Times New Roman"/>
        </w:rPr>
      </w:pPr>
      <w:r w:rsidRPr="002E5269">
        <w:rPr>
          <w:rFonts w:ascii="Times New Roman" w:hAnsi="Times New Roman" w:cs="Times New Roman"/>
        </w:rPr>
        <w:t>Authors may deposit and share preprints, accepted manuscripts and the published Version of Record in accordance with AJTES policies and applicable licences, with citation to the final published article and DOI when available. If the manuscript is rejected or withdrawn before acceptance, this publishing grant does not take effect. Once granted upon publication, Creative Commons permissions are not generally revocable for compliant users.</w:t>
      </w:r>
    </w:p>
    <w:p w14:paraId="77822B8E" w14:textId="77777777" w:rsidR="00664595" w:rsidRPr="002E5269" w:rsidRDefault="00000000">
      <w:pPr>
        <w:pStyle w:val="Heading1"/>
        <w:rPr>
          <w:rFonts w:ascii="Times New Roman" w:hAnsi="Times New Roman" w:cs="Times New Roman"/>
          <w:color w:val="auto"/>
        </w:rPr>
      </w:pPr>
      <w:r w:rsidRPr="002E5269">
        <w:rPr>
          <w:rFonts w:ascii="Times New Roman" w:hAnsi="Times New Roman" w:cs="Times New Roman"/>
          <w:color w:val="auto"/>
        </w:rPr>
        <w:t>AI-Assisted Technologies Declaration</w:t>
      </w:r>
    </w:p>
    <w:p w14:paraId="57CDE3D4" w14:textId="77777777" w:rsidR="00664595" w:rsidRPr="002E5269" w:rsidRDefault="00000000">
      <w:pPr>
        <w:rPr>
          <w:rFonts w:ascii="Times New Roman" w:hAnsi="Times New Roman" w:cs="Times New Roman"/>
        </w:rPr>
      </w:pPr>
      <w:r w:rsidRPr="002E5269">
        <w:rPr>
          <w:rFonts w:ascii="Segoe UI Symbol" w:hAnsi="Segoe UI Symbol" w:cs="Segoe UI Symbol"/>
        </w:rPr>
        <w:t>☐</w:t>
      </w:r>
      <w:r w:rsidRPr="002E5269">
        <w:rPr>
          <w:rFonts w:ascii="Times New Roman" w:hAnsi="Times New Roman" w:cs="Times New Roman"/>
        </w:rPr>
        <w:t xml:space="preserve"> No AI-assisted technologies were used in preparing the manuscript or conducting the reported research.   </w:t>
      </w:r>
      <w:r w:rsidRPr="002E5269">
        <w:rPr>
          <w:rFonts w:ascii="Segoe UI Symbol" w:hAnsi="Segoe UI Symbol" w:cs="Segoe UI Symbol"/>
        </w:rPr>
        <w:t>☐</w:t>
      </w:r>
      <w:r w:rsidRPr="002E5269">
        <w:rPr>
          <w:rFonts w:ascii="Times New Roman" w:hAnsi="Times New Roman" w:cs="Times New Roman"/>
        </w:rPr>
        <w:t xml:space="preserve"> AI-assisted technologies were used and are disclosed in the cover letter and appropriate manuscript section.</w:t>
      </w:r>
    </w:p>
    <w:tbl>
      <w:tblPr>
        <w:tblStyle w:val="TableGrid"/>
        <w:tblW w:w="0" w:type="auto"/>
        <w:jc w:val="center"/>
        <w:tblLook w:val="04A0" w:firstRow="1" w:lastRow="0" w:firstColumn="1" w:lastColumn="0" w:noHBand="0" w:noVBand="1"/>
      </w:tblPr>
      <w:tblGrid>
        <w:gridCol w:w="5078"/>
        <w:gridCol w:w="5078"/>
      </w:tblGrid>
      <w:tr w:rsidR="002E5269" w:rsidRPr="002E5269" w14:paraId="0EDB627C" w14:textId="77777777" w:rsidTr="002E5269">
        <w:trPr>
          <w:jc w:val="center"/>
        </w:trPr>
        <w:tc>
          <w:tcPr>
            <w:tcW w:w="5083" w:type="dxa"/>
            <w:vAlign w:val="center"/>
          </w:tcPr>
          <w:p w14:paraId="10AA1A34" w14:textId="77777777" w:rsidR="00664595" w:rsidRPr="002E5269" w:rsidRDefault="00000000">
            <w:pPr>
              <w:spacing w:after="20"/>
              <w:rPr>
                <w:rFonts w:ascii="Times New Roman" w:hAnsi="Times New Roman" w:cs="Times New Roman"/>
                <w:szCs w:val="18"/>
              </w:rPr>
            </w:pPr>
            <w:r w:rsidRPr="002E5269">
              <w:rPr>
                <w:rFonts w:ascii="Times New Roman" w:hAnsi="Times New Roman" w:cs="Times New Roman"/>
                <w:b/>
                <w:szCs w:val="18"/>
              </w:rPr>
              <w:t>AI tool / version</w:t>
            </w:r>
          </w:p>
        </w:tc>
        <w:tc>
          <w:tcPr>
            <w:tcW w:w="5083" w:type="dxa"/>
            <w:vAlign w:val="center"/>
          </w:tcPr>
          <w:p w14:paraId="68BBFCBA" w14:textId="77777777" w:rsidR="00664595" w:rsidRPr="002E5269" w:rsidRDefault="00000000">
            <w:pPr>
              <w:spacing w:after="20"/>
              <w:rPr>
                <w:rFonts w:ascii="Times New Roman" w:hAnsi="Times New Roman" w:cs="Times New Roman"/>
                <w:szCs w:val="18"/>
              </w:rPr>
            </w:pPr>
            <w:r w:rsidRPr="002E5269">
              <w:rPr>
                <w:rFonts w:ascii="Times New Roman" w:hAnsi="Times New Roman" w:cs="Times New Roman"/>
                <w:b/>
                <w:szCs w:val="18"/>
              </w:rPr>
              <w:t>Purpose, relevant tasks and extent of use</w:t>
            </w:r>
          </w:p>
        </w:tc>
      </w:tr>
      <w:tr w:rsidR="002E5269" w:rsidRPr="002E5269" w14:paraId="0FE42D54" w14:textId="77777777" w:rsidTr="002E5269">
        <w:trPr>
          <w:jc w:val="center"/>
        </w:trPr>
        <w:tc>
          <w:tcPr>
            <w:tcW w:w="5083" w:type="dxa"/>
            <w:vAlign w:val="center"/>
          </w:tcPr>
          <w:p w14:paraId="115DECA4" w14:textId="77777777" w:rsidR="00664595" w:rsidRPr="002E5269" w:rsidRDefault="00664595">
            <w:pPr>
              <w:spacing w:after="20"/>
              <w:rPr>
                <w:rFonts w:ascii="Times New Roman" w:hAnsi="Times New Roman" w:cs="Times New Roman"/>
                <w:szCs w:val="18"/>
              </w:rPr>
            </w:pPr>
          </w:p>
        </w:tc>
        <w:tc>
          <w:tcPr>
            <w:tcW w:w="5083" w:type="dxa"/>
            <w:vAlign w:val="center"/>
          </w:tcPr>
          <w:p w14:paraId="5B4C0EE4" w14:textId="77777777" w:rsidR="00664595" w:rsidRPr="002E5269" w:rsidRDefault="00664595">
            <w:pPr>
              <w:spacing w:after="20"/>
              <w:rPr>
                <w:rFonts w:ascii="Times New Roman" w:hAnsi="Times New Roman" w:cs="Times New Roman"/>
                <w:szCs w:val="18"/>
              </w:rPr>
            </w:pPr>
          </w:p>
        </w:tc>
      </w:tr>
    </w:tbl>
    <w:p w14:paraId="3FABA397" w14:textId="77777777" w:rsidR="00664595" w:rsidRPr="002E5269" w:rsidRDefault="00000000">
      <w:pPr>
        <w:rPr>
          <w:rFonts w:ascii="Times New Roman" w:hAnsi="Times New Roman" w:cs="Times New Roman"/>
        </w:rPr>
      </w:pPr>
      <w:r w:rsidRPr="002E5269">
        <w:rPr>
          <w:rFonts w:ascii="Times New Roman" w:hAnsi="Times New Roman" w:cs="Times New Roman"/>
        </w:rPr>
        <w:t>Authors have reviewed and verified any AI-assisted content and accept full responsibility for originality, accuracy, privacy, integrity and ethical compliance.</w:t>
      </w:r>
    </w:p>
    <w:p w14:paraId="36AFBAE9" w14:textId="77777777" w:rsidR="00664595" w:rsidRPr="002E5269" w:rsidRDefault="00000000">
      <w:pPr>
        <w:pStyle w:val="Heading1"/>
        <w:rPr>
          <w:rFonts w:ascii="Times New Roman" w:hAnsi="Times New Roman" w:cs="Times New Roman"/>
          <w:color w:val="auto"/>
        </w:rPr>
      </w:pPr>
      <w:r w:rsidRPr="002E5269">
        <w:rPr>
          <w:rFonts w:ascii="Times New Roman" w:hAnsi="Times New Roman" w:cs="Times New Roman"/>
          <w:color w:val="auto"/>
        </w:rPr>
        <w:t>Part F. Author Approval and Signatures</w:t>
      </w:r>
    </w:p>
    <w:p w14:paraId="0EA25B6F" w14:textId="77777777" w:rsidR="00664595" w:rsidRPr="002E5269" w:rsidRDefault="00000000">
      <w:pPr>
        <w:rPr>
          <w:rFonts w:ascii="Times New Roman" w:hAnsi="Times New Roman" w:cs="Times New Roman"/>
        </w:rPr>
      </w:pPr>
      <w:r w:rsidRPr="002E5269">
        <w:rPr>
          <w:rFonts w:ascii="Times New Roman" w:hAnsi="Times New Roman" w:cs="Times New Roman"/>
        </w:rPr>
        <w:t>By signing, each author confirms fulfilment of all four ICMJE criteria, approval of the final manuscript and author order, accuracy of the CRediT assignments, acceptance of Parts C–E, disclosure of competing interests in the separate ICMJE form, and agreement to cooperate with investigations of integrity concerns.</w:t>
      </w:r>
    </w:p>
    <w:tbl>
      <w:tblPr>
        <w:tblStyle w:val="TableGrid"/>
        <w:tblW w:w="0" w:type="auto"/>
        <w:jc w:val="center"/>
        <w:tblLook w:val="04A0" w:firstRow="1" w:lastRow="0" w:firstColumn="1" w:lastColumn="0" w:noHBand="0" w:noVBand="1"/>
      </w:tblPr>
      <w:tblGrid>
        <w:gridCol w:w="1692"/>
        <w:gridCol w:w="1693"/>
        <w:gridCol w:w="1693"/>
        <w:gridCol w:w="1693"/>
        <w:gridCol w:w="1693"/>
        <w:gridCol w:w="1692"/>
      </w:tblGrid>
      <w:tr w:rsidR="002E5269" w:rsidRPr="002E5269" w14:paraId="19FC1E81" w14:textId="77777777" w:rsidTr="002E5269">
        <w:trPr>
          <w:jc w:val="center"/>
        </w:trPr>
        <w:tc>
          <w:tcPr>
            <w:tcW w:w="1694" w:type="dxa"/>
            <w:vAlign w:val="center"/>
          </w:tcPr>
          <w:p w14:paraId="059A5C30" w14:textId="77777777" w:rsidR="00664595" w:rsidRPr="002E5269" w:rsidRDefault="00000000">
            <w:pPr>
              <w:spacing w:after="20"/>
              <w:rPr>
                <w:rFonts w:ascii="Times New Roman" w:hAnsi="Times New Roman" w:cs="Times New Roman"/>
                <w:szCs w:val="18"/>
              </w:rPr>
            </w:pPr>
            <w:r w:rsidRPr="002E5269">
              <w:rPr>
                <w:rFonts w:ascii="Times New Roman" w:hAnsi="Times New Roman" w:cs="Times New Roman"/>
                <w:b/>
                <w:szCs w:val="18"/>
              </w:rPr>
              <w:t>No.</w:t>
            </w:r>
          </w:p>
        </w:tc>
        <w:tc>
          <w:tcPr>
            <w:tcW w:w="1694" w:type="dxa"/>
            <w:vAlign w:val="center"/>
          </w:tcPr>
          <w:p w14:paraId="0DCF4D05" w14:textId="77777777" w:rsidR="00664595" w:rsidRPr="002E5269" w:rsidRDefault="00000000">
            <w:pPr>
              <w:spacing w:after="20"/>
              <w:rPr>
                <w:rFonts w:ascii="Times New Roman" w:hAnsi="Times New Roman" w:cs="Times New Roman"/>
                <w:szCs w:val="18"/>
              </w:rPr>
            </w:pPr>
            <w:r w:rsidRPr="002E5269">
              <w:rPr>
                <w:rFonts w:ascii="Times New Roman" w:hAnsi="Times New Roman" w:cs="Times New Roman"/>
                <w:b/>
                <w:szCs w:val="18"/>
              </w:rPr>
              <w:t>Full author name</w:t>
            </w:r>
          </w:p>
        </w:tc>
        <w:tc>
          <w:tcPr>
            <w:tcW w:w="1694" w:type="dxa"/>
            <w:vAlign w:val="center"/>
          </w:tcPr>
          <w:p w14:paraId="64CA7967" w14:textId="77777777" w:rsidR="00664595" w:rsidRPr="002E5269" w:rsidRDefault="00000000">
            <w:pPr>
              <w:spacing w:after="20"/>
              <w:rPr>
                <w:rFonts w:ascii="Times New Roman" w:hAnsi="Times New Roman" w:cs="Times New Roman"/>
                <w:szCs w:val="18"/>
              </w:rPr>
            </w:pPr>
            <w:r w:rsidRPr="002E5269">
              <w:rPr>
                <w:rFonts w:ascii="Times New Roman" w:hAnsi="Times New Roman" w:cs="Times New Roman"/>
                <w:b/>
                <w:szCs w:val="18"/>
              </w:rPr>
              <w:t>ORCID iD</w:t>
            </w:r>
          </w:p>
        </w:tc>
        <w:tc>
          <w:tcPr>
            <w:tcW w:w="1694" w:type="dxa"/>
            <w:vAlign w:val="center"/>
          </w:tcPr>
          <w:p w14:paraId="46A05449" w14:textId="77777777" w:rsidR="00664595" w:rsidRPr="002E5269" w:rsidRDefault="00000000">
            <w:pPr>
              <w:spacing w:after="20"/>
              <w:rPr>
                <w:rFonts w:ascii="Times New Roman" w:hAnsi="Times New Roman" w:cs="Times New Roman"/>
                <w:szCs w:val="18"/>
              </w:rPr>
            </w:pPr>
            <w:r w:rsidRPr="002E5269">
              <w:rPr>
                <w:rFonts w:ascii="Times New Roman" w:hAnsi="Times New Roman" w:cs="Times New Roman"/>
                <w:b/>
                <w:szCs w:val="18"/>
              </w:rPr>
              <w:t>All 4 ICMJE</w:t>
            </w:r>
          </w:p>
        </w:tc>
        <w:tc>
          <w:tcPr>
            <w:tcW w:w="1694" w:type="dxa"/>
            <w:vAlign w:val="center"/>
          </w:tcPr>
          <w:p w14:paraId="0FCE55A1" w14:textId="77777777" w:rsidR="00664595" w:rsidRPr="002E5269" w:rsidRDefault="00000000">
            <w:pPr>
              <w:spacing w:after="20"/>
              <w:rPr>
                <w:rFonts w:ascii="Times New Roman" w:hAnsi="Times New Roman" w:cs="Times New Roman"/>
                <w:szCs w:val="18"/>
              </w:rPr>
            </w:pPr>
            <w:r w:rsidRPr="002E5269">
              <w:rPr>
                <w:rFonts w:ascii="Times New Roman" w:hAnsi="Times New Roman" w:cs="Times New Roman"/>
                <w:b/>
                <w:szCs w:val="18"/>
              </w:rPr>
              <w:t>Signature</w:t>
            </w:r>
          </w:p>
        </w:tc>
        <w:tc>
          <w:tcPr>
            <w:tcW w:w="1694" w:type="dxa"/>
            <w:vAlign w:val="center"/>
          </w:tcPr>
          <w:p w14:paraId="79B7C48C" w14:textId="77777777" w:rsidR="00664595" w:rsidRPr="002E5269" w:rsidRDefault="00000000">
            <w:pPr>
              <w:spacing w:after="20"/>
              <w:rPr>
                <w:rFonts w:ascii="Times New Roman" w:hAnsi="Times New Roman" w:cs="Times New Roman"/>
                <w:szCs w:val="18"/>
              </w:rPr>
            </w:pPr>
            <w:r w:rsidRPr="002E5269">
              <w:rPr>
                <w:rFonts w:ascii="Times New Roman" w:hAnsi="Times New Roman" w:cs="Times New Roman"/>
                <w:b/>
                <w:szCs w:val="18"/>
              </w:rPr>
              <w:t>Date</w:t>
            </w:r>
          </w:p>
        </w:tc>
      </w:tr>
      <w:tr w:rsidR="002E5269" w:rsidRPr="002E5269" w14:paraId="1D08E0C3" w14:textId="77777777" w:rsidTr="002E5269">
        <w:trPr>
          <w:jc w:val="center"/>
        </w:trPr>
        <w:tc>
          <w:tcPr>
            <w:tcW w:w="1694" w:type="dxa"/>
            <w:vAlign w:val="center"/>
          </w:tcPr>
          <w:p w14:paraId="782B0736" w14:textId="77777777" w:rsidR="00664595" w:rsidRPr="002E5269" w:rsidRDefault="00000000">
            <w:pPr>
              <w:spacing w:after="20"/>
              <w:rPr>
                <w:rFonts w:ascii="Times New Roman" w:hAnsi="Times New Roman" w:cs="Times New Roman"/>
                <w:szCs w:val="18"/>
              </w:rPr>
            </w:pPr>
            <w:r w:rsidRPr="002E5269">
              <w:rPr>
                <w:rFonts w:ascii="Times New Roman" w:hAnsi="Times New Roman" w:cs="Times New Roman"/>
                <w:szCs w:val="18"/>
              </w:rPr>
              <w:t>1</w:t>
            </w:r>
          </w:p>
        </w:tc>
        <w:tc>
          <w:tcPr>
            <w:tcW w:w="1694" w:type="dxa"/>
            <w:vAlign w:val="center"/>
          </w:tcPr>
          <w:p w14:paraId="25C0A658" w14:textId="77777777" w:rsidR="00664595" w:rsidRPr="002E5269" w:rsidRDefault="00664595">
            <w:pPr>
              <w:spacing w:after="20"/>
              <w:rPr>
                <w:rFonts w:ascii="Times New Roman" w:hAnsi="Times New Roman" w:cs="Times New Roman"/>
                <w:szCs w:val="18"/>
              </w:rPr>
            </w:pPr>
          </w:p>
        </w:tc>
        <w:tc>
          <w:tcPr>
            <w:tcW w:w="1694" w:type="dxa"/>
            <w:vAlign w:val="center"/>
          </w:tcPr>
          <w:p w14:paraId="6ABA3E08" w14:textId="77777777" w:rsidR="00664595" w:rsidRPr="002E5269" w:rsidRDefault="00664595">
            <w:pPr>
              <w:spacing w:after="20"/>
              <w:rPr>
                <w:rFonts w:ascii="Times New Roman" w:hAnsi="Times New Roman" w:cs="Times New Roman"/>
                <w:szCs w:val="18"/>
              </w:rPr>
            </w:pPr>
          </w:p>
        </w:tc>
        <w:tc>
          <w:tcPr>
            <w:tcW w:w="1694" w:type="dxa"/>
            <w:vAlign w:val="center"/>
          </w:tcPr>
          <w:p w14:paraId="05EA9E5D" w14:textId="77777777" w:rsidR="00664595" w:rsidRPr="002E5269" w:rsidRDefault="00000000">
            <w:pPr>
              <w:spacing w:after="20"/>
              <w:rPr>
                <w:rFonts w:ascii="Times New Roman" w:hAnsi="Times New Roman" w:cs="Times New Roman"/>
                <w:szCs w:val="18"/>
              </w:rPr>
            </w:pPr>
            <w:r w:rsidRPr="002E5269">
              <w:rPr>
                <w:rFonts w:ascii="Segoe UI Symbol" w:hAnsi="Segoe UI Symbol" w:cs="Segoe UI Symbol"/>
                <w:szCs w:val="18"/>
              </w:rPr>
              <w:t>☐</w:t>
            </w:r>
            <w:r w:rsidRPr="002E5269">
              <w:rPr>
                <w:rFonts w:ascii="Times New Roman" w:hAnsi="Times New Roman" w:cs="Times New Roman"/>
                <w:szCs w:val="18"/>
              </w:rPr>
              <w:t xml:space="preserve"> Yes</w:t>
            </w:r>
          </w:p>
        </w:tc>
        <w:tc>
          <w:tcPr>
            <w:tcW w:w="1694" w:type="dxa"/>
            <w:vAlign w:val="center"/>
          </w:tcPr>
          <w:p w14:paraId="14CA0704" w14:textId="77777777" w:rsidR="00664595" w:rsidRPr="002E5269" w:rsidRDefault="00664595">
            <w:pPr>
              <w:spacing w:after="20"/>
              <w:rPr>
                <w:rFonts w:ascii="Times New Roman" w:hAnsi="Times New Roman" w:cs="Times New Roman"/>
                <w:szCs w:val="18"/>
              </w:rPr>
            </w:pPr>
          </w:p>
        </w:tc>
        <w:tc>
          <w:tcPr>
            <w:tcW w:w="1694" w:type="dxa"/>
            <w:vAlign w:val="center"/>
          </w:tcPr>
          <w:p w14:paraId="257BE4E5" w14:textId="77777777" w:rsidR="00664595" w:rsidRPr="002E5269" w:rsidRDefault="00664595">
            <w:pPr>
              <w:spacing w:after="20"/>
              <w:rPr>
                <w:rFonts w:ascii="Times New Roman" w:hAnsi="Times New Roman" w:cs="Times New Roman"/>
                <w:szCs w:val="18"/>
              </w:rPr>
            </w:pPr>
          </w:p>
        </w:tc>
      </w:tr>
      <w:tr w:rsidR="002E5269" w:rsidRPr="002E5269" w14:paraId="6044837F" w14:textId="77777777" w:rsidTr="002E5269">
        <w:trPr>
          <w:jc w:val="center"/>
        </w:trPr>
        <w:tc>
          <w:tcPr>
            <w:tcW w:w="1694" w:type="dxa"/>
            <w:vAlign w:val="center"/>
          </w:tcPr>
          <w:p w14:paraId="78A35BD3" w14:textId="77777777" w:rsidR="00664595" w:rsidRPr="002E5269" w:rsidRDefault="00000000">
            <w:pPr>
              <w:spacing w:after="20"/>
              <w:rPr>
                <w:rFonts w:ascii="Times New Roman" w:hAnsi="Times New Roman" w:cs="Times New Roman"/>
                <w:szCs w:val="18"/>
              </w:rPr>
            </w:pPr>
            <w:r w:rsidRPr="002E5269">
              <w:rPr>
                <w:rFonts w:ascii="Times New Roman" w:hAnsi="Times New Roman" w:cs="Times New Roman"/>
                <w:szCs w:val="18"/>
              </w:rPr>
              <w:t>2</w:t>
            </w:r>
          </w:p>
        </w:tc>
        <w:tc>
          <w:tcPr>
            <w:tcW w:w="1694" w:type="dxa"/>
            <w:vAlign w:val="center"/>
          </w:tcPr>
          <w:p w14:paraId="2E069654" w14:textId="77777777" w:rsidR="00664595" w:rsidRPr="002E5269" w:rsidRDefault="00664595">
            <w:pPr>
              <w:spacing w:after="20"/>
              <w:rPr>
                <w:rFonts w:ascii="Times New Roman" w:hAnsi="Times New Roman" w:cs="Times New Roman"/>
                <w:szCs w:val="18"/>
              </w:rPr>
            </w:pPr>
          </w:p>
        </w:tc>
        <w:tc>
          <w:tcPr>
            <w:tcW w:w="1694" w:type="dxa"/>
            <w:vAlign w:val="center"/>
          </w:tcPr>
          <w:p w14:paraId="4DC1E4EA" w14:textId="77777777" w:rsidR="00664595" w:rsidRPr="002E5269" w:rsidRDefault="00664595">
            <w:pPr>
              <w:spacing w:after="20"/>
              <w:rPr>
                <w:rFonts w:ascii="Times New Roman" w:hAnsi="Times New Roman" w:cs="Times New Roman"/>
                <w:szCs w:val="18"/>
              </w:rPr>
            </w:pPr>
          </w:p>
        </w:tc>
        <w:tc>
          <w:tcPr>
            <w:tcW w:w="1694" w:type="dxa"/>
            <w:vAlign w:val="center"/>
          </w:tcPr>
          <w:p w14:paraId="2277BB07" w14:textId="77777777" w:rsidR="00664595" w:rsidRPr="002E5269" w:rsidRDefault="00000000">
            <w:pPr>
              <w:spacing w:after="20"/>
              <w:rPr>
                <w:rFonts w:ascii="Times New Roman" w:hAnsi="Times New Roman" w:cs="Times New Roman"/>
                <w:szCs w:val="18"/>
              </w:rPr>
            </w:pPr>
            <w:r w:rsidRPr="002E5269">
              <w:rPr>
                <w:rFonts w:ascii="Segoe UI Symbol" w:hAnsi="Segoe UI Symbol" w:cs="Segoe UI Symbol"/>
                <w:szCs w:val="18"/>
              </w:rPr>
              <w:t>☐</w:t>
            </w:r>
            <w:r w:rsidRPr="002E5269">
              <w:rPr>
                <w:rFonts w:ascii="Times New Roman" w:hAnsi="Times New Roman" w:cs="Times New Roman"/>
                <w:szCs w:val="18"/>
              </w:rPr>
              <w:t xml:space="preserve"> Yes</w:t>
            </w:r>
          </w:p>
        </w:tc>
        <w:tc>
          <w:tcPr>
            <w:tcW w:w="1694" w:type="dxa"/>
            <w:vAlign w:val="center"/>
          </w:tcPr>
          <w:p w14:paraId="664EC319" w14:textId="77777777" w:rsidR="00664595" w:rsidRPr="002E5269" w:rsidRDefault="00664595">
            <w:pPr>
              <w:spacing w:after="20"/>
              <w:rPr>
                <w:rFonts w:ascii="Times New Roman" w:hAnsi="Times New Roman" w:cs="Times New Roman"/>
                <w:szCs w:val="18"/>
              </w:rPr>
            </w:pPr>
          </w:p>
        </w:tc>
        <w:tc>
          <w:tcPr>
            <w:tcW w:w="1694" w:type="dxa"/>
            <w:vAlign w:val="center"/>
          </w:tcPr>
          <w:p w14:paraId="769F81D3" w14:textId="77777777" w:rsidR="00664595" w:rsidRPr="002E5269" w:rsidRDefault="00664595">
            <w:pPr>
              <w:spacing w:after="20"/>
              <w:rPr>
                <w:rFonts w:ascii="Times New Roman" w:hAnsi="Times New Roman" w:cs="Times New Roman"/>
                <w:szCs w:val="18"/>
              </w:rPr>
            </w:pPr>
          </w:p>
        </w:tc>
      </w:tr>
      <w:tr w:rsidR="002E5269" w:rsidRPr="002E5269" w14:paraId="459A91AF" w14:textId="77777777" w:rsidTr="002E5269">
        <w:trPr>
          <w:jc w:val="center"/>
        </w:trPr>
        <w:tc>
          <w:tcPr>
            <w:tcW w:w="1694" w:type="dxa"/>
            <w:vAlign w:val="center"/>
          </w:tcPr>
          <w:p w14:paraId="3F75851D" w14:textId="77777777" w:rsidR="00664595" w:rsidRPr="002E5269" w:rsidRDefault="00000000">
            <w:pPr>
              <w:spacing w:after="20"/>
              <w:rPr>
                <w:rFonts w:ascii="Times New Roman" w:hAnsi="Times New Roman" w:cs="Times New Roman"/>
                <w:szCs w:val="18"/>
              </w:rPr>
            </w:pPr>
            <w:r w:rsidRPr="002E5269">
              <w:rPr>
                <w:rFonts w:ascii="Times New Roman" w:hAnsi="Times New Roman" w:cs="Times New Roman"/>
                <w:szCs w:val="18"/>
              </w:rPr>
              <w:t>3</w:t>
            </w:r>
          </w:p>
        </w:tc>
        <w:tc>
          <w:tcPr>
            <w:tcW w:w="1694" w:type="dxa"/>
            <w:vAlign w:val="center"/>
          </w:tcPr>
          <w:p w14:paraId="1A808B8B" w14:textId="77777777" w:rsidR="00664595" w:rsidRPr="002E5269" w:rsidRDefault="00664595">
            <w:pPr>
              <w:spacing w:after="20"/>
              <w:rPr>
                <w:rFonts w:ascii="Times New Roman" w:hAnsi="Times New Roman" w:cs="Times New Roman"/>
                <w:szCs w:val="18"/>
              </w:rPr>
            </w:pPr>
          </w:p>
        </w:tc>
        <w:tc>
          <w:tcPr>
            <w:tcW w:w="1694" w:type="dxa"/>
            <w:vAlign w:val="center"/>
          </w:tcPr>
          <w:p w14:paraId="50761D73" w14:textId="77777777" w:rsidR="00664595" w:rsidRPr="002E5269" w:rsidRDefault="00664595">
            <w:pPr>
              <w:spacing w:after="20"/>
              <w:rPr>
                <w:rFonts w:ascii="Times New Roman" w:hAnsi="Times New Roman" w:cs="Times New Roman"/>
                <w:szCs w:val="18"/>
              </w:rPr>
            </w:pPr>
          </w:p>
        </w:tc>
        <w:tc>
          <w:tcPr>
            <w:tcW w:w="1694" w:type="dxa"/>
            <w:vAlign w:val="center"/>
          </w:tcPr>
          <w:p w14:paraId="5E54A954" w14:textId="77777777" w:rsidR="00664595" w:rsidRPr="002E5269" w:rsidRDefault="00000000">
            <w:pPr>
              <w:spacing w:after="20"/>
              <w:rPr>
                <w:rFonts w:ascii="Times New Roman" w:hAnsi="Times New Roman" w:cs="Times New Roman"/>
                <w:szCs w:val="18"/>
              </w:rPr>
            </w:pPr>
            <w:r w:rsidRPr="002E5269">
              <w:rPr>
                <w:rFonts w:ascii="Segoe UI Symbol" w:hAnsi="Segoe UI Symbol" w:cs="Segoe UI Symbol"/>
                <w:szCs w:val="18"/>
              </w:rPr>
              <w:t>☐</w:t>
            </w:r>
            <w:r w:rsidRPr="002E5269">
              <w:rPr>
                <w:rFonts w:ascii="Times New Roman" w:hAnsi="Times New Roman" w:cs="Times New Roman"/>
                <w:szCs w:val="18"/>
              </w:rPr>
              <w:t xml:space="preserve"> Yes</w:t>
            </w:r>
          </w:p>
        </w:tc>
        <w:tc>
          <w:tcPr>
            <w:tcW w:w="1694" w:type="dxa"/>
            <w:vAlign w:val="center"/>
          </w:tcPr>
          <w:p w14:paraId="70F0F293" w14:textId="77777777" w:rsidR="00664595" w:rsidRPr="002E5269" w:rsidRDefault="00664595">
            <w:pPr>
              <w:spacing w:after="20"/>
              <w:rPr>
                <w:rFonts w:ascii="Times New Roman" w:hAnsi="Times New Roman" w:cs="Times New Roman"/>
                <w:szCs w:val="18"/>
              </w:rPr>
            </w:pPr>
          </w:p>
        </w:tc>
        <w:tc>
          <w:tcPr>
            <w:tcW w:w="1694" w:type="dxa"/>
            <w:vAlign w:val="center"/>
          </w:tcPr>
          <w:p w14:paraId="6696E34B" w14:textId="77777777" w:rsidR="00664595" w:rsidRPr="002E5269" w:rsidRDefault="00664595">
            <w:pPr>
              <w:spacing w:after="20"/>
              <w:rPr>
                <w:rFonts w:ascii="Times New Roman" w:hAnsi="Times New Roman" w:cs="Times New Roman"/>
                <w:szCs w:val="18"/>
              </w:rPr>
            </w:pPr>
          </w:p>
        </w:tc>
      </w:tr>
      <w:tr w:rsidR="002E5269" w:rsidRPr="002E5269" w14:paraId="65670B84" w14:textId="77777777" w:rsidTr="002E5269">
        <w:trPr>
          <w:jc w:val="center"/>
        </w:trPr>
        <w:tc>
          <w:tcPr>
            <w:tcW w:w="1694" w:type="dxa"/>
            <w:vAlign w:val="center"/>
          </w:tcPr>
          <w:p w14:paraId="55D3AD75" w14:textId="77777777" w:rsidR="00664595" w:rsidRPr="002E5269" w:rsidRDefault="00000000">
            <w:pPr>
              <w:spacing w:after="20"/>
              <w:rPr>
                <w:rFonts w:ascii="Times New Roman" w:hAnsi="Times New Roman" w:cs="Times New Roman"/>
                <w:szCs w:val="18"/>
              </w:rPr>
            </w:pPr>
            <w:r w:rsidRPr="002E5269">
              <w:rPr>
                <w:rFonts w:ascii="Times New Roman" w:hAnsi="Times New Roman" w:cs="Times New Roman"/>
                <w:szCs w:val="18"/>
              </w:rPr>
              <w:t>4</w:t>
            </w:r>
          </w:p>
        </w:tc>
        <w:tc>
          <w:tcPr>
            <w:tcW w:w="1694" w:type="dxa"/>
            <w:vAlign w:val="center"/>
          </w:tcPr>
          <w:p w14:paraId="34B234E6" w14:textId="77777777" w:rsidR="00664595" w:rsidRPr="002E5269" w:rsidRDefault="00664595">
            <w:pPr>
              <w:spacing w:after="20"/>
              <w:rPr>
                <w:rFonts w:ascii="Times New Roman" w:hAnsi="Times New Roman" w:cs="Times New Roman"/>
                <w:szCs w:val="18"/>
              </w:rPr>
            </w:pPr>
          </w:p>
        </w:tc>
        <w:tc>
          <w:tcPr>
            <w:tcW w:w="1694" w:type="dxa"/>
            <w:vAlign w:val="center"/>
          </w:tcPr>
          <w:p w14:paraId="33A43BC4" w14:textId="77777777" w:rsidR="00664595" w:rsidRPr="002E5269" w:rsidRDefault="00664595">
            <w:pPr>
              <w:spacing w:after="20"/>
              <w:rPr>
                <w:rFonts w:ascii="Times New Roman" w:hAnsi="Times New Roman" w:cs="Times New Roman"/>
                <w:szCs w:val="18"/>
              </w:rPr>
            </w:pPr>
          </w:p>
        </w:tc>
        <w:tc>
          <w:tcPr>
            <w:tcW w:w="1694" w:type="dxa"/>
            <w:vAlign w:val="center"/>
          </w:tcPr>
          <w:p w14:paraId="3E958A5F" w14:textId="77777777" w:rsidR="00664595" w:rsidRPr="002E5269" w:rsidRDefault="00000000">
            <w:pPr>
              <w:spacing w:after="20"/>
              <w:rPr>
                <w:rFonts w:ascii="Times New Roman" w:hAnsi="Times New Roman" w:cs="Times New Roman"/>
                <w:szCs w:val="18"/>
              </w:rPr>
            </w:pPr>
            <w:r w:rsidRPr="002E5269">
              <w:rPr>
                <w:rFonts w:ascii="Segoe UI Symbol" w:hAnsi="Segoe UI Symbol" w:cs="Segoe UI Symbol"/>
                <w:szCs w:val="18"/>
              </w:rPr>
              <w:t>☐</w:t>
            </w:r>
            <w:r w:rsidRPr="002E5269">
              <w:rPr>
                <w:rFonts w:ascii="Times New Roman" w:hAnsi="Times New Roman" w:cs="Times New Roman"/>
                <w:szCs w:val="18"/>
              </w:rPr>
              <w:t xml:space="preserve"> Yes</w:t>
            </w:r>
          </w:p>
        </w:tc>
        <w:tc>
          <w:tcPr>
            <w:tcW w:w="1694" w:type="dxa"/>
            <w:vAlign w:val="center"/>
          </w:tcPr>
          <w:p w14:paraId="09EA32E2" w14:textId="77777777" w:rsidR="00664595" w:rsidRPr="002E5269" w:rsidRDefault="00664595">
            <w:pPr>
              <w:spacing w:after="20"/>
              <w:rPr>
                <w:rFonts w:ascii="Times New Roman" w:hAnsi="Times New Roman" w:cs="Times New Roman"/>
                <w:szCs w:val="18"/>
              </w:rPr>
            </w:pPr>
          </w:p>
        </w:tc>
        <w:tc>
          <w:tcPr>
            <w:tcW w:w="1694" w:type="dxa"/>
            <w:vAlign w:val="center"/>
          </w:tcPr>
          <w:p w14:paraId="78AECFCE" w14:textId="77777777" w:rsidR="00664595" w:rsidRPr="002E5269" w:rsidRDefault="00664595">
            <w:pPr>
              <w:spacing w:after="20"/>
              <w:rPr>
                <w:rFonts w:ascii="Times New Roman" w:hAnsi="Times New Roman" w:cs="Times New Roman"/>
                <w:szCs w:val="18"/>
              </w:rPr>
            </w:pPr>
          </w:p>
        </w:tc>
      </w:tr>
      <w:tr w:rsidR="002E5269" w:rsidRPr="002E5269" w14:paraId="16A1F9EB" w14:textId="77777777" w:rsidTr="002E5269">
        <w:trPr>
          <w:jc w:val="center"/>
        </w:trPr>
        <w:tc>
          <w:tcPr>
            <w:tcW w:w="1694" w:type="dxa"/>
            <w:vAlign w:val="center"/>
          </w:tcPr>
          <w:p w14:paraId="3D31C68E" w14:textId="77777777" w:rsidR="00664595" w:rsidRPr="002E5269" w:rsidRDefault="00000000">
            <w:pPr>
              <w:spacing w:after="20"/>
              <w:rPr>
                <w:rFonts w:ascii="Times New Roman" w:hAnsi="Times New Roman" w:cs="Times New Roman"/>
                <w:szCs w:val="18"/>
              </w:rPr>
            </w:pPr>
            <w:r w:rsidRPr="002E5269">
              <w:rPr>
                <w:rFonts w:ascii="Times New Roman" w:hAnsi="Times New Roman" w:cs="Times New Roman"/>
                <w:szCs w:val="18"/>
              </w:rPr>
              <w:t>5</w:t>
            </w:r>
          </w:p>
        </w:tc>
        <w:tc>
          <w:tcPr>
            <w:tcW w:w="1694" w:type="dxa"/>
            <w:vAlign w:val="center"/>
          </w:tcPr>
          <w:p w14:paraId="399B1C3D" w14:textId="77777777" w:rsidR="00664595" w:rsidRPr="002E5269" w:rsidRDefault="00664595">
            <w:pPr>
              <w:spacing w:after="20"/>
              <w:rPr>
                <w:rFonts w:ascii="Times New Roman" w:hAnsi="Times New Roman" w:cs="Times New Roman"/>
                <w:szCs w:val="18"/>
              </w:rPr>
            </w:pPr>
          </w:p>
        </w:tc>
        <w:tc>
          <w:tcPr>
            <w:tcW w:w="1694" w:type="dxa"/>
            <w:vAlign w:val="center"/>
          </w:tcPr>
          <w:p w14:paraId="0E972428" w14:textId="77777777" w:rsidR="00664595" w:rsidRPr="002E5269" w:rsidRDefault="00664595">
            <w:pPr>
              <w:spacing w:after="20"/>
              <w:rPr>
                <w:rFonts w:ascii="Times New Roman" w:hAnsi="Times New Roman" w:cs="Times New Roman"/>
                <w:szCs w:val="18"/>
              </w:rPr>
            </w:pPr>
          </w:p>
        </w:tc>
        <w:tc>
          <w:tcPr>
            <w:tcW w:w="1694" w:type="dxa"/>
            <w:vAlign w:val="center"/>
          </w:tcPr>
          <w:p w14:paraId="5752DDC2" w14:textId="77777777" w:rsidR="00664595" w:rsidRPr="002E5269" w:rsidRDefault="00000000">
            <w:pPr>
              <w:spacing w:after="20"/>
              <w:rPr>
                <w:rFonts w:ascii="Times New Roman" w:hAnsi="Times New Roman" w:cs="Times New Roman"/>
                <w:szCs w:val="18"/>
              </w:rPr>
            </w:pPr>
            <w:r w:rsidRPr="002E5269">
              <w:rPr>
                <w:rFonts w:ascii="Segoe UI Symbol" w:hAnsi="Segoe UI Symbol" w:cs="Segoe UI Symbol"/>
                <w:szCs w:val="18"/>
              </w:rPr>
              <w:t>☐</w:t>
            </w:r>
            <w:r w:rsidRPr="002E5269">
              <w:rPr>
                <w:rFonts w:ascii="Times New Roman" w:hAnsi="Times New Roman" w:cs="Times New Roman"/>
                <w:szCs w:val="18"/>
              </w:rPr>
              <w:t xml:space="preserve"> Yes</w:t>
            </w:r>
          </w:p>
        </w:tc>
        <w:tc>
          <w:tcPr>
            <w:tcW w:w="1694" w:type="dxa"/>
            <w:vAlign w:val="center"/>
          </w:tcPr>
          <w:p w14:paraId="21124368" w14:textId="77777777" w:rsidR="00664595" w:rsidRPr="002E5269" w:rsidRDefault="00664595">
            <w:pPr>
              <w:spacing w:after="20"/>
              <w:rPr>
                <w:rFonts w:ascii="Times New Roman" w:hAnsi="Times New Roman" w:cs="Times New Roman"/>
                <w:szCs w:val="18"/>
              </w:rPr>
            </w:pPr>
          </w:p>
        </w:tc>
        <w:tc>
          <w:tcPr>
            <w:tcW w:w="1694" w:type="dxa"/>
            <w:vAlign w:val="center"/>
          </w:tcPr>
          <w:p w14:paraId="54B09DC9" w14:textId="77777777" w:rsidR="00664595" w:rsidRPr="002E5269" w:rsidRDefault="00664595">
            <w:pPr>
              <w:spacing w:after="20"/>
              <w:rPr>
                <w:rFonts w:ascii="Times New Roman" w:hAnsi="Times New Roman" w:cs="Times New Roman"/>
                <w:szCs w:val="18"/>
              </w:rPr>
            </w:pPr>
          </w:p>
        </w:tc>
      </w:tr>
      <w:tr w:rsidR="002E5269" w:rsidRPr="002E5269" w14:paraId="494F9EAE" w14:textId="77777777" w:rsidTr="002E5269">
        <w:trPr>
          <w:jc w:val="center"/>
        </w:trPr>
        <w:tc>
          <w:tcPr>
            <w:tcW w:w="1694" w:type="dxa"/>
            <w:vAlign w:val="center"/>
          </w:tcPr>
          <w:p w14:paraId="5EFD744D" w14:textId="77777777" w:rsidR="00664595" w:rsidRPr="002E5269" w:rsidRDefault="00000000">
            <w:pPr>
              <w:spacing w:after="20"/>
              <w:rPr>
                <w:rFonts w:ascii="Times New Roman" w:hAnsi="Times New Roman" w:cs="Times New Roman"/>
                <w:szCs w:val="18"/>
              </w:rPr>
            </w:pPr>
            <w:r w:rsidRPr="002E5269">
              <w:rPr>
                <w:rFonts w:ascii="Times New Roman" w:hAnsi="Times New Roman" w:cs="Times New Roman"/>
                <w:szCs w:val="18"/>
              </w:rPr>
              <w:t>6</w:t>
            </w:r>
          </w:p>
        </w:tc>
        <w:tc>
          <w:tcPr>
            <w:tcW w:w="1694" w:type="dxa"/>
            <w:vAlign w:val="center"/>
          </w:tcPr>
          <w:p w14:paraId="3C639633" w14:textId="77777777" w:rsidR="00664595" w:rsidRPr="002E5269" w:rsidRDefault="00664595">
            <w:pPr>
              <w:spacing w:after="20"/>
              <w:rPr>
                <w:rFonts w:ascii="Times New Roman" w:hAnsi="Times New Roman" w:cs="Times New Roman"/>
                <w:szCs w:val="18"/>
              </w:rPr>
            </w:pPr>
          </w:p>
        </w:tc>
        <w:tc>
          <w:tcPr>
            <w:tcW w:w="1694" w:type="dxa"/>
            <w:vAlign w:val="center"/>
          </w:tcPr>
          <w:p w14:paraId="5385EF67" w14:textId="77777777" w:rsidR="00664595" w:rsidRPr="002E5269" w:rsidRDefault="00664595">
            <w:pPr>
              <w:spacing w:after="20"/>
              <w:rPr>
                <w:rFonts w:ascii="Times New Roman" w:hAnsi="Times New Roman" w:cs="Times New Roman"/>
                <w:szCs w:val="18"/>
              </w:rPr>
            </w:pPr>
          </w:p>
        </w:tc>
        <w:tc>
          <w:tcPr>
            <w:tcW w:w="1694" w:type="dxa"/>
            <w:vAlign w:val="center"/>
          </w:tcPr>
          <w:p w14:paraId="543E2A31" w14:textId="77777777" w:rsidR="00664595" w:rsidRPr="002E5269" w:rsidRDefault="00000000">
            <w:pPr>
              <w:spacing w:after="20"/>
              <w:rPr>
                <w:rFonts w:ascii="Times New Roman" w:hAnsi="Times New Roman" w:cs="Times New Roman"/>
                <w:szCs w:val="18"/>
              </w:rPr>
            </w:pPr>
            <w:r w:rsidRPr="002E5269">
              <w:rPr>
                <w:rFonts w:ascii="Segoe UI Symbol" w:hAnsi="Segoe UI Symbol" w:cs="Segoe UI Symbol"/>
                <w:szCs w:val="18"/>
              </w:rPr>
              <w:t>☐</w:t>
            </w:r>
            <w:r w:rsidRPr="002E5269">
              <w:rPr>
                <w:rFonts w:ascii="Times New Roman" w:hAnsi="Times New Roman" w:cs="Times New Roman"/>
                <w:szCs w:val="18"/>
              </w:rPr>
              <w:t xml:space="preserve"> Yes</w:t>
            </w:r>
          </w:p>
        </w:tc>
        <w:tc>
          <w:tcPr>
            <w:tcW w:w="1694" w:type="dxa"/>
            <w:vAlign w:val="center"/>
          </w:tcPr>
          <w:p w14:paraId="6FE58997" w14:textId="77777777" w:rsidR="00664595" w:rsidRPr="002E5269" w:rsidRDefault="00664595">
            <w:pPr>
              <w:spacing w:after="20"/>
              <w:rPr>
                <w:rFonts w:ascii="Times New Roman" w:hAnsi="Times New Roman" w:cs="Times New Roman"/>
                <w:szCs w:val="18"/>
              </w:rPr>
            </w:pPr>
          </w:p>
        </w:tc>
        <w:tc>
          <w:tcPr>
            <w:tcW w:w="1694" w:type="dxa"/>
            <w:vAlign w:val="center"/>
          </w:tcPr>
          <w:p w14:paraId="53DC665B" w14:textId="77777777" w:rsidR="00664595" w:rsidRPr="002E5269" w:rsidRDefault="00664595">
            <w:pPr>
              <w:spacing w:after="20"/>
              <w:rPr>
                <w:rFonts w:ascii="Times New Roman" w:hAnsi="Times New Roman" w:cs="Times New Roman"/>
                <w:szCs w:val="18"/>
              </w:rPr>
            </w:pPr>
          </w:p>
        </w:tc>
      </w:tr>
      <w:tr w:rsidR="002E5269" w:rsidRPr="002E5269" w14:paraId="1A7DDFFA" w14:textId="77777777" w:rsidTr="002E5269">
        <w:trPr>
          <w:jc w:val="center"/>
        </w:trPr>
        <w:tc>
          <w:tcPr>
            <w:tcW w:w="1694" w:type="dxa"/>
            <w:vAlign w:val="center"/>
          </w:tcPr>
          <w:p w14:paraId="0E874916" w14:textId="77777777" w:rsidR="00664595" w:rsidRPr="002E5269" w:rsidRDefault="00000000">
            <w:pPr>
              <w:spacing w:after="20"/>
              <w:rPr>
                <w:rFonts w:ascii="Times New Roman" w:hAnsi="Times New Roman" w:cs="Times New Roman"/>
                <w:szCs w:val="18"/>
              </w:rPr>
            </w:pPr>
            <w:r w:rsidRPr="002E5269">
              <w:rPr>
                <w:rFonts w:ascii="Times New Roman" w:hAnsi="Times New Roman" w:cs="Times New Roman"/>
                <w:szCs w:val="18"/>
              </w:rPr>
              <w:t>7</w:t>
            </w:r>
          </w:p>
        </w:tc>
        <w:tc>
          <w:tcPr>
            <w:tcW w:w="1694" w:type="dxa"/>
            <w:vAlign w:val="center"/>
          </w:tcPr>
          <w:p w14:paraId="770B9C98" w14:textId="77777777" w:rsidR="00664595" w:rsidRPr="002E5269" w:rsidRDefault="00664595">
            <w:pPr>
              <w:spacing w:after="20"/>
              <w:rPr>
                <w:rFonts w:ascii="Times New Roman" w:hAnsi="Times New Roman" w:cs="Times New Roman"/>
                <w:szCs w:val="18"/>
              </w:rPr>
            </w:pPr>
          </w:p>
        </w:tc>
        <w:tc>
          <w:tcPr>
            <w:tcW w:w="1694" w:type="dxa"/>
            <w:vAlign w:val="center"/>
          </w:tcPr>
          <w:p w14:paraId="138357A0" w14:textId="77777777" w:rsidR="00664595" w:rsidRPr="002E5269" w:rsidRDefault="00664595">
            <w:pPr>
              <w:spacing w:after="20"/>
              <w:rPr>
                <w:rFonts w:ascii="Times New Roman" w:hAnsi="Times New Roman" w:cs="Times New Roman"/>
                <w:szCs w:val="18"/>
              </w:rPr>
            </w:pPr>
          </w:p>
        </w:tc>
        <w:tc>
          <w:tcPr>
            <w:tcW w:w="1694" w:type="dxa"/>
            <w:vAlign w:val="center"/>
          </w:tcPr>
          <w:p w14:paraId="30C557E3" w14:textId="77777777" w:rsidR="00664595" w:rsidRPr="002E5269" w:rsidRDefault="00000000">
            <w:pPr>
              <w:spacing w:after="20"/>
              <w:rPr>
                <w:rFonts w:ascii="Times New Roman" w:hAnsi="Times New Roman" w:cs="Times New Roman"/>
                <w:szCs w:val="18"/>
              </w:rPr>
            </w:pPr>
            <w:r w:rsidRPr="002E5269">
              <w:rPr>
                <w:rFonts w:ascii="Segoe UI Symbol" w:hAnsi="Segoe UI Symbol" w:cs="Segoe UI Symbol"/>
                <w:szCs w:val="18"/>
              </w:rPr>
              <w:t>☐</w:t>
            </w:r>
            <w:r w:rsidRPr="002E5269">
              <w:rPr>
                <w:rFonts w:ascii="Times New Roman" w:hAnsi="Times New Roman" w:cs="Times New Roman"/>
                <w:szCs w:val="18"/>
              </w:rPr>
              <w:t xml:space="preserve"> Yes</w:t>
            </w:r>
          </w:p>
        </w:tc>
        <w:tc>
          <w:tcPr>
            <w:tcW w:w="1694" w:type="dxa"/>
            <w:vAlign w:val="center"/>
          </w:tcPr>
          <w:p w14:paraId="1DC9733D" w14:textId="77777777" w:rsidR="00664595" w:rsidRPr="002E5269" w:rsidRDefault="00664595">
            <w:pPr>
              <w:spacing w:after="20"/>
              <w:rPr>
                <w:rFonts w:ascii="Times New Roman" w:hAnsi="Times New Roman" w:cs="Times New Roman"/>
                <w:szCs w:val="18"/>
              </w:rPr>
            </w:pPr>
          </w:p>
        </w:tc>
        <w:tc>
          <w:tcPr>
            <w:tcW w:w="1694" w:type="dxa"/>
            <w:vAlign w:val="center"/>
          </w:tcPr>
          <w:p w14:paraId="5456A17B" w14:textId="77777777" w:rsidR="00664595" w:rsidRPr="002E5269" w:rsidRDefault="00664595">
            <w:pPr>
              <w:spacing w:after="20"/>
              <w:rPr>
                <w:rFonts w:ascii="Times New Roman" w:hAnsi="Times New Roman" w:cs="Times New Roman"/>
                <w:szCs w:val="18"/>
              </w:rPr>
            </w:pPr>
          </w:p>
        </w:tc>
      </w:tr>
      <w:tr w:rsidR="002E5269" w:rsidRPr="002E5269" w14:paraId="0FD34442" w14:textId="77777777" w:rsidTr="002E5269">
        <w:trPr>
          <w:jc w:val="center"/>
        </w:trPr>
        <w:tc>
          <w:tcPr>
            <w:tcW w:w="1694" w:type="dxa"/>
            <w:vAlign w:val="center"/>
          </w:tcPr>
          <w:p w14:paraId="6A0629B2" w14:textId="77777777" w:rsidR="00664595" w:rsidRPr="002E5269" w:rsidRDefault="00000000">
            <w:pPr>
              <w:spacing w:after="20"/>
              <w:rPr>
                <w:rFonts w:ascii="Times New Roman" w:hAnsi="Times New Roman" w:cs="Times New Roman"/>
                <w:szCs w:val="18"/>
              </w:rPr>
            </w:pPr>
            <w:r w:rsidRPr="002E5269">
              <w:rPr>
                <w:rFonts w:ascii="Times New Roman" w:hAnsi="Times New Roman" w:cs="Times New Roman"/>
                <w:szCs w:val="18"/>
              </w:rPr>
              <w:t>8</w:t>
            </w:r>
          </w:p>
        </w:tc>
        <w:tc>
          <w:tcPr>
            <w:tcW w:w="1694" w:type="dxa"/>
            <w:vAlign w:val="center"/>
          </w:tcPr>
          <w:p w14:paraId="097A947E" w14:textId="77777777" w:rsidR="00664595" w:rsidRPr="002E5269" w:rsidRDefault="00664595">
            <w:pPr>
              <w:spacing w:after="20"/>
              <w:rPr>
                <w:rFonts w:ascii="Times New Roman" w:hAnsi="Times New Roman" w:cs="Times New Roman"/>
                <w:szCs w:val="18"/>
              </w:rPr>
            </w:pPr>
          </w:p>
        </w:tc>
        <w:tc>
          <w:tcPr>
            <w:tcW w:w="1694" w:type="dxa"/>
            <w:vAlign w:val="center"/>
          </w:tcPr>
          <w:p w14:paraId="3E9F5ECB" w14:textId="77777777" w:rsidR="00664595" w:rsidRPr="002E5269" w:rsidRDefault="00664595">
            <w:pPr>
              <w:spacing w:after="20"/>
              <w:rPr>
                <w:rFonts w:ascii="Times New Roman" w:hAnsi="Times New Roman" w:cs="Times New Roman"/>
                <w:szCs w:val="18"/>
              </w:rPr>
            </w:pPr>
          </w:p>
        </w:tc>
        <w:tc>
          <w:tcPr>
            <w:tcW w:w="1694" w:type="dxa"/>
            <w:vAlign w:val="center"/>
          </w:tcPr>
          <w:p w14:paraId="0304745B" w14:textId="77777777" w:rsidR="00664595" w:rsidRPr="002E5269" w:rsidRDefault="00000000">
            <w:pPr>
              <w:spacing w:after="20"/>
              <w:rPr>
                <w:rFonts w:ascii="Times New Roman" w:hAnsi="Times New Roman" w:cs="Times New Roman"/>
                <w:szCs w:val="18"/>
              </w:rPr>
            </w:pPr>
            <w:r w:rsidRPr="002E5269">
              <w:rPr>
                <w:rFonts w:ascii="Segoe UI Symbol" w:hAnsi="Segoe UI Symbol" w:cs="Segoe UI Symbol"/>
                <w:szCs w:val="18"/>
              </w:rPr>
              <w:t>☐</w:t>
            </w:r>
            <w:r w:rsidRPr="002E5269">
              <w:rPr>
                <w:rFonts w:ascii="Times New Roman" w:hAnsi="Times New Roman" w:cs="Times New Roman"/>
                <w:szCs w:val="18"/>
              </w:rPr>
              <w:t xml:space="preserve"> Yes</w:t>
            </w:r>
          </w:p>
        </w:tc>
        <w:tc>
          <w:tcPr>
            <w:tcW w:w="1694" w:type="dxa"/>
            <w:vAlign w:val="center"/>
          </w:tcPr>
          <w:p w14:paraId="5CF07C08" w14:textId="77777777" w:rsidR="00664595" w:rsidRPr="002E5269" w:rsidRDefault="00664595">
            <w:pPr>
              <w:spacing w:after="20"/>
              <w:rPr>
                <w:rFonts w:ascii="Times New Roman" w:hAnsi="Times New Roman" w:cs="Times New Roman"/>
                <w:szCs w:val="18"/>
              </w:rPr>
            </w:pPr>
          </w:p>
        </w:tc>
        <w:tc>
          <w:tcPr>
            <w:tcW w:w="1694" w:type="dxa"/>
            <w:vAlign w:val="center"/>
          </w:tcPr>
          <w:p w14:paraId="10D328DC" w14:textId="77777777" w:rsidR="00664595" w:rsidRPr="002E5269" w:rsidRDefault="00664595">
            <w:pPr>
              <w:spacing w:after="20"/>
              <w:rPr>
                <w:rFonts w:ascii="Times New Roman" w:hAnsi="Times New Roman" w:cs="Times New Roman"/>
                <w:szCs w:val="18"/>
              </w:rPr>
            </w:pPr>
          </w:p>
        </w:tc>
      </w:tr>
    </w:tbl>
    <w:p w14:paraId="36EE64A1" w14:textId="77777777" w:rsidR="00664595" w:rsidRPr="002E5269" w:rsidRDefault="00000000">
      <w:pPr>
        <w:rPr>
          <w:rFonts w:ascii="Times New Roman" w:hAnsi="Times New Roman" w:cs="Times New Roman"/>
        </w:rPr>
      </w:pPr>
      <w:r w:rsidRPr="002E5269">
        <w:rPr>
          <w:rFonts w:ascii="Times New Roman" w:hAnsi="Times New Roman" w:cs="Times New Roman"/>
        </w:rPr>
        <w:t>Add rows or supplementary signature sheets for manuscripts with more than eight authors. Electronic signatures may be accepted under the AJTES verification procedure. Collaborative group authors and non-author collaborators must be identified separately.</w:t>
      </w:r>
    </w:p>
    <w:p w14:paraId="7297475B" w14:textId="77777777" w:rsidR="00664595" w:rsidRPr="002E5269" w:rsidRDefault="00000000">
      <w:pPr>
        <w:pStyle w:val="Heading1"/>
        <w:rPr>
          <w:rFonts w:ascii="Times New Roman" w:hAnsi="Times New Roman" w:cs="Times New Roman"/>
          <w:color w:val="auto"/>
        </w:rPr>
      </w:pPr>
      <w:r w:rsidRPr="002E5269">
        <w:rPr>
          <w:rFonts w:ascii="Times New Roman" w:hAnsi="Times New Roman" w:cs="Times New Roman"/>
          <w:color w:val="auto"/>
        </w:rPr>
        <w:t>Document Control</w:t>
      </w:r>
    </w:p>
    <w:tbl>
      <w:tblPr>
        <w:tblStyle w:val="TableGrid"/>
        <w:tblW w:w="0" w:type="auto"/>
        <w:jc w:val="center"/>
        <w:tblLook w:val="04A0" w:firstRow="1" w:lastRow="0" w:firstColumn="1" w:lastColumn="0" w:noHBand="0" w:noVBand="1"/>
      </w:tblPr>
      <w:tblGrid>
        <w:gridCol w:w="3386"/>
        <w:gridCol w:w="3385"/>
        <w:gridCol w:w="3385"/>
      </w:tblGrid>
      <w:tr w:rsidR="002E5269" w:rsidRPr="002E5269" w14:paraId="68B739D9" w14:textId="77777777" w:rsidTr="002E5269">
        <w:trPr>
          <w:jc w:val="center"/>
        </w:trPr>
        <w:tc>
          <w:tcPr>
            <w:tcW w:w="3389" w:type="dxa"/>
            <w:vAlign w:val="center"/>
          </w:tcPr>
          <w:p w14:paraId="30996A37" w14:textId="77777777" w:rsidR="00664595" w:rsidRPr="002E5269" w:rsidRDefault="00000000">
            <w:pPr>
              <w:spacing w:after="20"/>
              <w:rPr>
                <w:rFonts w:ascii="Times New Roman" w:hAnsi="Times New Roman" w:cs="Times New Roman"/>
                <w:szCs w:val="18"/>
              </w:rPr>
            </w:pPr>
            <w:r w:rsidRPr="002E5269">
              <w:rPr>
                <w:rFonts w:ascii="Times New Roman" w:hAnsi="Times New Roman" w:cs="Times New Roman"/>
                <w:b/>
                <w:szCs w:val="18"/>
              </w:rPr>
              <w:t>Document version</w:t>
            </w:r>
          </w:p>
        </w:tc>
        <w:tc>
          <w:tcPr>
            <w:tcW w:w="3389" w:type="dxa"/>
            <w:vAlign w:val="center"/>
          </w:tcPr>
          <w:p w14:paraId="088C9913" w14:textId="77777777" w:rsidR="00664595" w:rsidRPr="002E5269" w:rsidRDefault="00000000">
            <w:pPr>
              <w:spacing w:after="20"/>
              <w:rPr>
                <w:rFonts w:ascii="Times New Roman" w:hAnsi="Times New Roman" w:cs="Times New Roman"/>
                <w:szCs w:val="18"/>
              </w:rPr>
            </w:pPr>
            <w:r w:rsidRPr="002E5269">
              <w:rPr>
                <w:rFonts w:ascii="Times New Roman" w:hAnsi="Times New Roman" w:cs="Times New Roman"/>
                <w:b/>
                <w:szCs w:val="18"/>
              </w:rPr>
              <w:t>Approval authority</w:t>
            </w:r>
          </w:p>
        </w:tc>
        <w:tc>
          <w:tcPr>
            <w:tcW w:w="3389" w:type="dxa"/>
            <w:vAlign w:val="center"/>
          </w:tcPr>
          <w:p w14:paraId="14D92042" w14:textId="77777777" w:rsidR="00664595" w:rsidRPr="002E5269" w:rsidRDefault="00000000">
            <w:pPr>
              <w:spacing w:after="20"/>
              <w:rPr>
                <w:rFonts w:ascii="Times New Roman" w:hAnsi="Times New Roman" w:cs="Times New Roman"/>
                <w:szCs w:val="18"/>
              </w:rPr>
            </w:pPr>
            <w:r w:rsidRPr="002E5269">
              <w:rPr>
                <w:rFonts w:ascii="Times New Roman" w:hAnsi="Times New Roman" w:cs="Times New Roman"/>
                <w:b/>
                <w:szCs w:val="18"/>
              </w:rPr>
              <w:t>Effective date</w:t>
            </w:r>
          </w:p>
        </w:tc>
      </w:tr>
      <w:tr w:rsidR="002E5269" w:rsidRPr="002E5269" w14:paraId="31D32C36" w14:textId="77777777" w:rsidTr="002E5269">
        <w:trPr>
          <w:jc w:val="center"/>
        </w:trPr>
        <w:tc>
          <w:tcPr>
            <w:tcW w:w="3389" w:type="dxa"/>
            <w:vAlign w:val="center"/>
          </w:tcPr>
          <w:p w14:paraId="58332AAC" w14:textId="77777777" w:rsidR="00664595" w:rsidRPr="002E5269" w:rsidRDefault="00000000">
            <w:pPr>
              <w:spacing w:after="20"/>
              <w:rPr>
                <w:rFonts w:ascii="Times New Roman" w:hAnsi="Times New Roman" w:cs="Times New Roman"/>
                <w:szCs w:val="18"/>
              </w:rPr>
            </w:pPr>
            <w:r w:rsidRPr="002E5269">
              <w:rPr>
                <w:rFonts w:ascii="Times New Roman" w:hAnsi="Times New Roman" w:cs="Times New Roman"/>
                <w:szCs w:val="18"/>
              </w:rPr>
              <w:t xml:space="preserve">2.0</w:t>
            </w:r>
          </w:p>
        </w:tc>
        <w:tc>
          <w:tcPr>
            <w:tcW w:w="3389" w:type="dxa"/>
            <w:vAlign w:val="center"/>
          </w:tcPr>
          <w:p w14:paraId="3DF8F774" w14:textId="77777777" w:rsidR="00664595" w:rsidRPr="002E5269" w:rsidRDefault="00000000">
            <w:pPr>
              <w:spacing w:after="20"/>
              <w:rPr>
                <w:rFonts w:ascii="Times New Roman" w:hAnsi="Times New Roman" w:cs="Times New Roman"/>
                <w:szCs w:val="18"/>
              </w:rPr>
            </w:pPr>
            <w:r w:rsidRPr="002E5269">
              <w:rPr>
                <w:rFonts w:ascii="Times New Roman" w:hAnsi="Times New Roman" w:cs="Times New Roman"/>
                <w:szCs w:val="18"/>
              </w:rPr>
              <w:t>AJTES Editorial Board</w:t>
            </w:r>
          </w:p>
        </w:tc>
        <w:tc>
          <w:tcPr>
            <w:tcW w:w="3389" w:type="dxa"/>
            <w:vAlign w:val="center"/>
          </w:tcPr>
          <w:p w14:paraId="1339F75B" w14:textId="77777777" w:rsidR="00664595" w:rsidRPr="002E5269" w:rsidRDefault="00000000">
            <w:pPr>
              <w:spacing w:after="20"/>
              <w:rPr>
                <w:rFonts w:ascii="Times New Roman" w:hAnsi="Times New Roman" w:cs="Times New Roman"/>
                <w:szCs w:val="18"/>
              </w:rPr>
            </w:pPr>
            <w:r w:rsidRPr="002E5269">
              <w:rPr>
                <w:rFonts w:ascii="Times New Roman" w:hAnsi="Times New Roman" w:cs="Times New Roman"/>
                <w:szCs w:val="18"/>
              </w:rPr>
              <w:t xml:space="preserve">1 November 2026</w:t>
            </w:r>
          </w:p>
        </w:tc>
      </w:tr>
    </w:tbl>
    <w:p w14:paraId="0D53D868" w14:textId="77777777" w:rsidR="00664595" w:rsidRPr="002E5269" w:rsidRDefault="00000000">
      <w:pPr>
        <w:rPr>
          <w:rFonts w:ascii="Times New Roman" w:hAnsi="Times New Roman" w:cs="Times New Roman"/>
        </w:rPr>
      </w:pPr>
      <w:r w:rsidRPr="002E5269">
        <w:rPr>
          <w:rFonts w:ascii="Times New Roman" w:hAnsi="Times New Roman" w:cs="Times New Roman"/>
        </w:rPr>
        <w:t xml:space="preserve">This form is read together with the AJTES Author Guidelines and the Research Integrity, Conflicts of Interest and Disclosure, and Copyright and Licensing policies. Questions: editorial@journal.astes.org.al.</w:t>
      </w:r>
    </w:p>
    <w:sectPr w:rsidR="00664595" w:rsidRPr="002E5269" w:rsidSect="002E5269">
      <w:headerReference w:type="default" r:id="rId8"/>
      <w:footerReference w:type="default" r:id="rId9"/>
      <w:pgSz w:w="11906" w:h="16838"/>
      <w:pgMar w:top="936" w:right="1037" w:bottom="893" w:left="1037" w:header="259"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786D50" w14:textId="77777777" w:rsidR="005E4C5B" w:rsidRDefault="005E4C5B">
      <w:pPr>
        <w:spacing w:after="0" w:line="240" w:lineRule="auto"/>
      </w:pPr>
      <w:r>
        <w:separator/>
      </w:r>
    </w:p>
  </w:endnote>
  <w:endnote w:type="continuationSeparator" w:id="0">
    <w:p w14:paraId="0E2EF118" w14:textId="77777777" w:rsidR="005E4C5B" w:rsidRDefault="005E4C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B0183" w14:textId="77777777" w:rsidR="002E5269" w:rsidRDefault="002E5269" w:rsidP="002E5269">
    <w:pPr>
      <w:pStyle w:val="Footer"/>
      <w:jc w:val="center"/>
      <w:rPr>
        <w:color w:val="1D3A5F"/>
        <w:sz w:val="16"/>
      </w:rPr>
    </w:pPr>
    <w:r>
      <w:rPr>
        <w:noProof/>
        <w:color w:val="1D3A5F"/>
        <w:sz w:val="16"/>
      </w:rPr>
      <mc:AlternateContent>
        <mc:Choice Requires="wps">
          <w:drawing>
            <wp:anchor distT="0" distB="0" distL="114300" distR="114300" simplePos="0" relativeHeight="251658240" behindDoc="0" locked="0" layoutInCell="1" allowOverlap="1" wp14:anchorId="7A411663" wp14:editId="2E04C08A">
              <wp:simplePos x="0" y="0"/>
              <wp:positionH relativeFrom="column">
                <wp:posOffset>39370</wp:posOffset>
              </wp:positionH>
              <wp:positionV relativeFrom="paragraph">
                <wp:posOffset>86359</wp:posOffset>
              </wp:positionV>
              <wp:extent cx="6238875" cy="0"/>
              <wp:effectExtent l="0" t="0" r="0" b="0"/>
              <wp:wrapNone/>
              <wp:docPr id="1282649691" name="Straight Connector 1"/>
              <wp:cNvGraphicFramePr/>
              <a:graphic xmlns:a="http://schemas.openxmlformats.org/drawingml/2006/main">
                <a:graphicData uri="http://schemas.microsoft.com/office/word/2010/wordprocessingShape">
                  <wps:wsp>
                    <wps:cNvCnPr/>
                    <wps:spPr>
                      <a:xfrm flipV="1">
                        <a:off x="0" y="0"/>
                        <a:ext cx="6238875" cy="0"/>
                      </a:xfrm>
                      <a:prstGeom prst="line">
                        <a:avLst/>
                      </a:prstGeom>
                      <a:ln w="19050"/>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F405FAB" id="Straight Connector 1" o:spid="_x0000_s1026" style="position:absolute;flip:y;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1pt,6.8pt" to="494.35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" strokecolor="black [3040]" strokeweight="1.5pt"/>
          </w:pict>
        </mc:Fallback>
      </mc:AlternateContent>
    </w:r>
  </w:p>
  <w:p w14:paraId="7CF5BC2D" w14:textId="77777777" w:rsidR="002E5269" w:rsidRPr="00B031D3" w:rsidRDefault="002E5269" w:rsidP="002E5269">
    <w:pPr>
      <w:pStyle w:val="Footer"/>
      <w:jc w:val="center"/>
      <w:rPr>
        <w:b/>
        <w:bCs/>
      </w:rPr>
    </w:pPr>
    <w:r w:rsidRPr="00B031D3">
      <w:rPr>
        <w:b/>
        <w:bCs/>
        <w:color w:val="1D3A5F"/>
        <w:sz w:val="16"/>
      </w:rPr>
      <w:t xml:space="preserve">AJTES | Official Journal of ASTES | </w:t>
    </w:r>
    <w:r w:rsidRPr="00B031D3">
      <w:rPr>
        <w:b/>
        <w:bCs/>
        <w:color w:val="3F32EA"/>
        <w:sz w:val="16"/>
      </w:rPr>
      <w:t xml:space="preserve">journal.astes.org.al </w:t>
    </w:r>
    <w:r w:rsidRPr="00B031D3">
      <w:rPr>
        <w:b/>
        <w:bCs/>
        <w:color w:val="1D3A5F"/>
        <w:sz w:val="16"/>
      </w:rPr>
      <w:t xml:space="preserve">| Approved and effective 1 November 2026</w:t>
    </w:r>
  </w:p>
  <w:p w14:paraId="7A18688C" w14:textId="57EF396D" w:rsidR="00664595" w:rsidRPr="002E5269" w:rsidRDefault="00664595" w:rsidP="002E526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9ACD22" w14:textId="77777777" w:rsidR="005E4C5B" w:rsidRDefault="005E4C5B">
      <w:pPr>
        <w:spacing w:after="0" w:line="240" w:lineRule="auto"/>
      </w:pPr>
      <w:r>
        <w:separator/>
      </w:r>
    </w:p>
  </w:footnote>
  <w:footnote w:type="continuationSeparator" w:id="0">
    <w:p w14:paraId="5DF6902D" w14:textId="77777777" w:rsidR="005E4C5B" w:rsidRDefault="005E4C5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A835A1" w14:textId="77777777" w:rsidR="002E5269" w:rsidRDefault="002E5269" w:rsidP="002E5269">
    <w:pPr>
      <w:spacing w:after="0" w:line="240" w:lineRule="auto"/>
      <w:jc w:val="center"/>
      <w:rPr>
        <w:rFonts w:ascii="Times New Roman" w:eastAsia="Times New Roman" w:hAnsi="Times New Roman" w:cs="Times New Roman"/>
        <w:lang w:eastAsia="en-GB"/>
      </w:rPr>
    </w:pPr>
    <w:bookmarkStart w:id="0" w:name="_Hlk243393863"/>
    <w:bookmarkStart w:id="1" w:name="_Hlk243393864"/>
    <w:r w:rsidRPr="00822026">
      <w:rPr>
        <w:rFonts w:ascii="Times New Roman" w:eastAsia="Times New Roman" w:hAnsi="Times New Roman" w:cs="Times New Roman"/>
        <w:noProof/>
        <w:lang w:eastAsia="en-GB"/>
      </w:rPr>
      <w:drawing>
        <wp:inline distT="0" distB="0" distL="0" distR="0" wp14:anchorId="54DD637F" wp14:editId="4C3EF4D9">
          <wp:extent cx="979433" cy="800100"/>
          <wp:effectExtent l="0" t="0" r="0" b="0"/>
          <wp:docPr id="2" name="Picture 2" descr="H:\19.06\16.06\AJTES te ndryshme new\AJTES logo circular - Made with PosterMyWall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descr="H:\19.06\16.06\AJTES te ndryshme new\AJTES logo circular - Made with PosterMyWall (1).jpg"/>
                  <pic:cNvPicPr>
                    <a:picLocks noChangeAspect="1" noChangeArrowheads="1"/>
                  </pic:cNvPicPr>
                </pic:nvPicPr>
                <pic:blipFill rotWithShape="1">
                  <a:blip r:embed="rId1">
                    <a:extLst>
                      <a:ext uri="{28A0092B-C50C-407E-A947-70E740481C1C}">
                        <a14:useLocalDpi xmlns:a14="http://schemas.microsoft.com/office/drawing/2010/main" val="0"/>
                      </a:ext>
                    </a:extLst>
                  </a:blip>
                  <a:srcRect l="12913" t="13412" r="12462" b="17657"/>
                  <a:stretch/>
                </pic:blipFill>
                <pic:spPr bwMode="auto">
                  <a:xfrm>
                    <a:off x="0" y="0"/>
                    <a:ext cx="991911" cy="810294"/>
                  </a:xfrm>
                  <a:prstGeom prst="rect">
                    <a:avLst/>
                  </a:prstGeom>
                  <a:noFill/>
                  <a:ln>
                    <a:noFill/>
                  </a:ln>
                  <a:extLst>
                    <a:ext uri="{53640926-AAD7-44D8-BBD7-CCE9431645EC}">
                      <a14:shadowObscured xmlns:a14="http://schemas.microsoft.com/office/drawing/2010/main"/>
                    </a:ext>
                  </a:extLst>
                </pic:spPr>
              </pic:pic>
            </a:graphicData>
          </a:graphic>
        </wp:inline>
      </w:drawing>
    </w:r>
  </w:p>
  <w:p w14:paraId="4B1E3B8D" w14:textId="77777777" w:rsidR="002E5269" w:rsidRDefault="002E5269" w:rsidP="002E5269">
    <w:pPr>
      <w:spacing w:after="0" w:line="240" w:lineRule="auto"/>
      <w:jc w:val="center"/>
      <w:rPr>
        <w:rFonts w:ascii="Times New Roman" w:eastAsia="Times New Roman" w:hAnsi="Times New Roman" w:cs="Times New Roman"/>
        <w:b/>
        <w:lang w:eastAsia="en-GB"/>
      </w:rPr>
    </w:pPr>
    <w:r w:rsidRPr="00261CE5">
      <w:rPr>
        <w:rFonts w:ascii="Times New Roman" w:eastAsia="Times New Roman" w:hAnsi="Times New Roman" w:cs="Times New Roman"/>
        <w:b/>
        <w:lang w:eastAsia="en-GB"/>
      </w:rPr>
      <w:t>Albanian Journal of Trauma and Emergency Surgery (AJTES)</w:t>
    </w:r>
  </w:p>
  <w:p w14:paraId="1796CBD8" w14:textId="077DF7A8" w:rsidR="00664595" w:rsidRPr="002E5269" w:rsidRDefault="002E5269" w:rsidP="002E5269">
    <w:pPr>
      <w:spacing w:after="0" w:line="240" w:lineRule="auto"/>
      <w:jc w:val="center"/>
      <w:rPr>
        <w:rFonts w:ascii="Times New Roman" w:eastAsia="Times New Roman" w:hAnsi="Times New Roman" w:cs="Times New Roman"/>
        <w:b/>
        <w:lang w:eastAsia="en-GB"/>
      </w:rPr>
    </w:pPr>
    <w:r>
      <w:rPr>
        <w:rFonts w:ascii="Times New Roman" w:eastAsia="Times New Roman" w:hAnsi="Times New Roman" w:cs="Times New Roman"/>
        <w:b/>
        <w:noProof/>
        <w:lang w:eastAsia="en-GB"/>
      </w:rPr>
      <mc:AlternateContent>
        <mc:Choice Requires="wps">
          <w:drawing>
            <wp:anchor distT="0" distB="0" distL="114300" distR="114300" simplePos="0" relativeHeight="251661312" behindDoc="0" locked="0" layoutInCell="1" allowOverlap="1" wp14:anchorId="26441063" wp14:editId="1C355A7E">
              <wp:simplePos x="0" y="0"/>
              <wp:positionH relativeFrom="column">
                <wp:posOffset>495300</wp:posOffset>
              </wp:positionH>
              <wp:positionV relativeFrom="paragraph">
                <wp:posOffset>36195</wp:posOffset>
              </wp:positionV>
              <wp:extent cx="4724400" cy="0"/>
              <wp:effectExtent l="0" t="0" r="19050" b="19050"/>
              <wp:wrapNone/>
              <wp:docPr id="1540259729" name="Straight Connector 1540259729"/>
              <wp:cNvGraphicFramePr/>
              <a:graphic xmlns:a="http://schemas.openxmlformats.org/drawingml/2006/main">
                <a:graphicData uri="http://schemas.microsoft.com/office/word/2010/wordprocessingShape">
                  <wps:wsp>
                    <wps:cNvCnPr/>
                    <wps:spPr>
                      <a:xfrm flipV="1">
                        <a:off x="0" y="0"/>
                        <a:ext cx="4724400" cy="0"/>
                      </a:xfrm>
                      <a:prstGeom prst="line">
                        <a:avLst/>
                      </a:prstGeom>
                      <a:ln w="19050"/>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059B703" id="Straight Connector 1540259729" o:spid="_x0000_s1026" style="position:absolute;flip:y;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9pt,2.85pt" to="411pt,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" strokecolor="black [3040]" strokeweight="1.5pt"/>
          </w:pict>
        </mc:Fallback>
      </mc:AlternateContent>
    </w:r>
    <w:bookmarkEnd w:id="0"/>
    <w:bookmarkEnd w:id="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595673807">
    <w:abstractNumId w:val="8"/>
  </w:num>
  <w:num w:numId="2" w16cid:durableId="1631090468">
    <w:abstractNumId w:val="6"/>
  </w:num>
  <w:num w:numId="3" w16cid:durableId="2014798381">
    <w:abstractNumId w:val="5"/>
  </w:num>
  <w:num w:numId="4" w16cid:durableId="1892614266">
    <w:abstractNumId w:val="4"/>
  </w:num>
  <w:num w:numId="5" w16cid:durableId="1686636549">
    <w:abstractNumId w:val="7"/>
  </w:num>
  <w:num w:numId="6" w16cid:durableId="746729333">
    <w:abstractNumId w:val="3"/>
  </w:num>
  <w:num w:numId="7" w16cid:durableId="375472026">
    <w:abstractNumId w:val="2"/>
  </w:num>
  <w:num w:numId="8" w16cid:durableId="1362629399">
    <w:abstractNumId w:val="1"/>
  </w:num>
  <w:num w:numId="9" w16cid:durableId="196433670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8449A"/>
    <w:rsid w:val="0029639D"/>
    <w:rsid w:val="002E5269"/>
    <w:rsid w:val="00326F90"/>
    <w:rsid w:val="005E4C5B"/>
    <w:rsid w:val="00664595"/>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370EF3"/>
  <w14:defaultImageDpi w14:val="300"/>
  <w15:docId w15:val="{4670A899-B386-457B-863B-3AEF8EB130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pPr>
    <w:rPr>
      <w:rFonts w:ascii="Calibri" w:hAnsi="Calibri"/>
      <w:sz w:val="18"/>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1B4162"/>
      <w:sz w:val="2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1B4162"/>
      <w:sz w:val="20"/>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1B4162"/>
      <w:spacing w:val="5"/>
      <w:kern w:val="28"/>
      <w:sz w:val="3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1259</Words>
  <Characters>7179</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8422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AJTES Author Declaration Form (Parts A–F)</dc:title>
  <dc:subject/>
  <dc:creator>AJTES Editorial Office</dc:creator>
  <cp:keywords/>
  <dc:description/>
  <cp:lastModifiedBy>AJTES Editorial Office</cp:lastModifiedBy>
  <cp:revision>1</cp:revision>
  <dcterms:created xsi:type="dcterms:W3CDTF">2026-11-01T00:00:00Z</dcterms:created>
  <dcterms:modified xsi:type="dcterms:W3CDTF">2026-11-01T00:00:00Z</dcterms:modified>
  <cp:category/>
</cp:coreProperties>
</file>